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AFC" w:rsidRPr="00E34552" w:rsidRDefault="00420EDF">
      <w:pPr>
        <w:pStyle w:val="aa"/>
        <w:jc w:val="center"/>
        <w:rPr>
          <w:lang w:val="ru-RU"/>
        </w:rPr>
      </w:pPr>
      <w:r w:rsidRPr="00E34552">
        <w:rPr>
          <w:rFonts w:ascii="Times New Roman" w:eastAsia="Times New Roman" w:hAnsi="Times New Roman"/>
          <w:lang w:val="ru-RU"/>
        </w:rPr>
        <w:t>РЕКВИЗИТЫ И ПРАВОВАЯ ИНФОРМАЦИЯ</w:t>
      </w:r>
    </w:p>
    <w:p w:rsidR="00F60AFC" w:rsidRPr="00E34552" w:rsidRDefault="00420EDF">
      <w:pPr>
        <w:jc w:val="center"/>
        <w:rPr>
          <w:lang w:val="ru-RU"/>
        </w:rPr>
      </w:pPr>
      <w:r w:rsidRPr="00E34552">
        <w:rPr>
          <w:rFonts w:eastAsia="Times New Roman"/>
          <w:b/>
          <w:lang w:val="ru-RU"/>
        </w:rPr>
        <w:t>для размещения на сайте «Машук Экспресс»</w:t>
      </w:r>
    </w:p>
    <w:p w:rsidR="00F60AFC" w:rsidRPr="00E34552" w:rsidRDefault="00420EDF">
      <w:pPr>
        <w:pStyle w:val="1"/>
        <w:spacing w:before="180" w:after="80"/>
        <w:rPr>
          <w:lang w:val="ru-RU"/>
        </w:rPr>
      </w:pPr>
      <w:r w:rsidRPr="00E34552">
        <w:rPr>
          <w:rFonts w:ascii="Times New Roman" w:eastAsia="Times New Roman" w:hAnsi="Times New Roman"/>
          <w:lang w:val="ru-RU"/>
        </w:rPr>
        <w:t>Владелец Платформы</w:t>
      </w:r>
      <w:bookmarkStart w:id="0" w:name="_GoBack"/>
      <w:bookmarkEnd w:id="0"/>
    </w:p>
    <w:p w:rsidR="00F60AFC" w:rsidRPr="00E34552" w:rsidRDefault="00420EDF">
      <w:pPr>
        <w:rPr>
          <w:lang w:val="ru-RU"/>
        </w:rPr>
      </w:pPr>
      <w:r w:rsidRPr="00E34552">
        <w:rPr>
          <w:rFonts w:eastAsia="Times New Roman"/>
          <w:lang w:val="ru-RU"/>
        </w:rPr>
        <w:t>Индивидуальный предприниматель Козинец А.П.</w:t>
      </w:r>
    </w:p>
    <w:p w:rsidR="00F60AFC" w:rsidRPr="0064610D" w:rsidRDefault="00420EDF">
      <w:pPr>
        <w:rPr>
          <w:rFonts w:cs="Times New Roman"/>
          <w:color w:val="002060"/>
          <w:sz w:val="18"/>
          <w:szCs w:val="18"/>
          <w:lang w:val="ru-RU"/>
        </w:rPr>
      </w:pPr>
      <w:r w:rsidRPr="0064610D">
        <w:rPr>
          <w:rFonts w:eastAsia="Times New Roman" w:cs="Times New Roman"/>
          <w:color w:val="002060"/>
          <w:sz w:val="18"/>
          <w:szCs w:val="18"/>
          <w:lang w:val="ru-RU"/>
        </w:rPr>
        <w:t>ИНН: 263207889233</w:t>
      </w:r>
      <w:r w:rsidR="005733CD" w:rsidRPr="0064610D">
        <w:rPr>
          <w:rFonts w:eastAsia="Times New Roman" w:cs="Times New Roman"/>
          <w:color w:val="002060"/>
          <w:sz w:val="18"/>
          <w:szCs w:val="18"/>
          <w:lang w:val="ru-RU"/>
        </w:rPr>
      </w:r>
      <w:r w:rsidRPr="0064610D">
        <w:rPr>
          <w:rFonts w:eastAsia="Times New Roman" w:cs="Times New Roman"/>
          <w:color w:val="002060"/>
          <w:sz w:val="18"/>
          <w:szCs w:val="18"/>
          <w:lang w:val="ru-RU"/>
        </w:rPr>
      </w:r>
    </w:p>
    <w:p w:rsidR="00F60AFC" w:rsidRPr="0064610D" w:rsidRDefault="00420EDF">
      <w:pPr>
        <w:rPr>
          <w:rFonts w:cs="Times New Roman"/>
          <w:b/>
          <w:color w:val="002060"/>
          <w:sz w:val="18"/>
          <w:szCs w:val="1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proofErr w:type="gramStart"/>
      <w:r w:rsidRPr="0064610D">
        <w:rPr>
          <w:rFonts w:eastAsia="Times New Roman" w:cs="Times New Roman"/>
          <w:color w:val="002060"/>
          <w:sz w:val="18"/>
          <w:szCs w:val="18"/>
          <w:lang w:val="ru-RU"/>
        </w:rPr>
        <w:t xml:space="preserve">ОГРНИП: </w:t>
      </w:r>
      <w:r w:rsidRPr="00AA57DD">
        <w:rPr>
          <w:rFonts w:eastAsia="Times New Roman" w:cs="Times New Roman"/>
          <w:color w:val="0070C0"/>
          <w:sz w:val="18"/>
          <w:szCs w:val="18"/>
          <w:lang w:val="ru-RU"/>
        </w:rPr>
        <w:t>321265100145752</w:t>
      </w:r>
      <w:r w:rsidR="005733CD" w:rsidRPr="00AA57DD">
        <w:rPr>
          <w:rFonts w:cs="Times New Roman"/>
          <w:b/>
          <w:color w:val="0070C0"/>
          <w:sz w:val="18"/>
          <w:szCs w:val="18"/>
          <w:shd w:val="clear" w:color="auto" w:fill="F1F2F3"/>
          <w:lang w:val="ru-RU"/>
        </w:rPr>
      </w:r>
      <w:r w:rsidR="005733CD" w:rsidRPr="00AA57DD">
        <w:rPr>
          <w:rFonts w:cs="Times New Roman"/>
          <w:color w:val="0070C0"/>
          <w:sz w:val="18"/>
          <w:szCs w:val="18"/>
          <w:shd w:val="clear" w:color="auto" w:fill="F1F2F3"/>
          <w:lang w:val="ru-RU"/>
        </w:rPr>
      </w:r>
      <w:r w:rsidR="0064610D" w:rsidRPr="00AA57DD">
        <w:rPr>
          <w:rFonts w:cs="Times New Roman"/>
          <w:color w:val="0070C0"/>
          <w:sz w:val="18"/>
          <w:szCs w:val="18"/>
          <w:shd w:val="clear" w:color="auto" w:fill="F1F2F3"/>
        </w:rPr>
      </w:r>
      <w:proofErr w:type="gramEnd"/>
    </w:p>
    <w:p w:rsidR="00F60AFC" w:rsidRPr="0064610D" w:rsidRDefault="00420EDF">
      <w:pPr>
        <w:rPr>
          <w:lang w:val="ru-RU"/>
        </w:rPr>
      </w:pPr>
      <w:r w:rsidRPr="0064610D">
        <w:rPr>
          <w:rFonts w:eastAsia="Times New Roman"/>
          <w:lang w:val="ru-RU"/>
        </w:rPr>
        <w:t>Адрес: 357538, Россия, Ставропольский край, г. Пятигорск, ул. Украинская, д. 48, п/о 357538, а/я № 1</w:t>
      </w:r>
      <w:r w:rsidR="005733CD" w:rsidRPr="0064610D">
        <w:rPr>
          <w:rFonts w:eastAsia="Times New Roman"/>
          <w:lang w:val="ru-RU"/>
        </w:rPr>
      </w:r>
      <w:proofErr w:type="gramStart"/>
      <w:r w:rsidR="005733CD" w:rsidRPr="0064610D">
        <w:rPr>
          <w:rFonts w:eastAsia="Times New Roman"/>
          <w:lang w:val="ru-RU"/>
        </w:rPr>
      </w:r>
      <w:proofErr w:type="gramEnd"/>
      <w:r w:rsidR="005733CD" w:rsidRPr="0064610D">
        <w:rPr>
          <w:rFonts w:eastAsia="Times New Roman"/>
          <w:lang w:val="ru-RU"/>
        </w:rPr>
      </w:r>
    </w:p>
    <w:p w:rsidR="00F60AFC" w:rsidRPr="0064610D" w:rsidRDefault="00420EDF">
      <w:r w:rsidRPr="0064610D">
        <w:rPr>
          <w:rFonts w:eastAsia="Times New Roman"/>
        </w:rPr>
        <w:t>E-mail: mashuk.express@yandex.ru</w:t>
      </w:r>
      <w:proofErr w:type="spellStart"/>
      <w:r w:rsidR="000427DD" w:rsidRPr="0064610D">
        <w:rPr>
          <w:rFonts w:eastAsia="Times New Roman"/>
        </w:rPr>
      </w:r>
      <w:proofErr w:type="spellEnd"/>
      <w:r w:rsidR="000427DD" w:rsidRPr="0064610D">
        <w:rPr>
          <w:rFonts w:eastAsia="Times New Roman"/>
        </w:rPr>
      </w:r>
      <w:proofErr w:type="spellStart"/>
      <w:r w:rsidR="000427DD" w:rsidRPr="0064610D">
        <w:rPr>
          <w:rFonts w:eastAsia="Times New Roman"/>
        </w:rPr>
      </w:r>
      <w:proofErr w:type="spellEnd"/>
      <w:r w:rsidR="000427DD" w:rsidRPr="0064610D">
        <w:rPr>
          <w:rFonts w:eastAsia="Times New Roman"/>
        </w:rPr>
      </w:r>
      <w:proofErr w:type="spellStart"/>
      <w:r w:rsidR="000427DD" w:rsidRPr="0064610D">
        <w:rPr>
          <w:rFonts w:eastAsia="Times New Roman"/>
        </w:rPr>
      </w:r>
      <w:proofErr w:type="spellEnd"/>
      <w:r w:rsidRPr="0064610D">
        <w:rPr>
          <w:rFonts w:eastAsia="Times New Roman"/>
        </w:rPr>
      </w:r>
    </w:p>
    <w:p w:rsidR="00F60AFC" w:rsidRPr="0064610D" w:rsidRDefault="00420EDF">
      <w:pPr>
        <w:rPr>
          <w:lang w:val="ru-RU"/>
        </w:rPr>
      </w:pPr>
      <w:r w:rsidRPr="0064610D">
        <w:rPr>
          <w:rFonts w:eastAsia="Times New Roman"/>
          <w:lang w:val="ru-RU"/>
        </w:rPr>
        <w:t>Телефон: 8-962-408-00-59</w:t>
      </w:r>
      <w:r w:rsidR="000427DD" w:rsidRPr="0064610D">
        <w:rPr>
          <w:rFonts w:eastAsia="Times New Roman"/>
          <w:lang w:val="ru-RU"/>
        </w:rPr>
      </w:r>
      <w:r w:rsidRPr="0064610D">
        <w:rPr>
          <w:rFonts w:eastAsia="Times New Roman"/>
          <w:lang w:val="ru-RU"/>
        </w:rPr>
      </w:r>
    </w:p>
    <w:p w:rsidR="00F60AFC" w:rsidRPr="00E34552" w:rsidRDefault="00420EDF">
      <w:pPr>
        <w:rPr>
          <w:lang w:val="ru-RU"/>
        </w:rPr>
      </w:pPr>
      <w:r w:rsidRPr="0064610D">
        <w:rPr>
          <w:rFonts w:eastAsia="Times New Roman"/>
          <w:lang w:val="ru-RU"/>
        </w:rPr>
        <w:t xml:space="preserve">Адрес сайта: </w:t>
      </w:r>
      <w:r w:rsidRPr="0064610D">
        <w:rPr>
          <w:rFonts w:eastAsia="Times New Roman"/>
        </w:rPr>
        <w:t>https</w:t>
      </w:r>
      <w:r w:rsidRPr="0064610D">
        <w:rPr>
          <w:rFonts w:eastAsia="Times New Roman"/>
          <w:lang w:val="ru-RU"/>
        </w:rPr>
        <w:t>://</w:t>
      </w:r>
      <w:proofErr w:type="spellStart"/>
      <w:r w:rsidRPr="0064610D">
        <w:rPr>
          <w:rFonts w:eastAsia="Times New Roman"/>
        </w:rPr>
        <w:t>mashuk</w:t>
      </w:r>
      <w:proofErr w:type="spellEnd"/>
      <w:r w:rsidRPr="0064610D">
        <w:rPr>
          <w:rFonts w:eastAsia="Times New Roman"/>
          <w:lang w:val="ru-RU"/>
        </w:rPr>
        <w:t>.</w:t>
      </w:r>
      <w:r w:rsidRPr="0064610D">
        <w:rPr>
          <w:rFonts w:eastAsia="Times New Roman"/>
        </w:rPr>
        <w:t>express</w:t>
      </w:r>
    </w:p>
    <w:p w:rsidR="00F60AFC" w:rsidRPr="00E34552" w:rsidRDefault="00420EDF">
      <w:pPr>
        <w:pStyle w:val="1"/>
        <w:spacing w:before="180" w:after="80"/>
        <w:rPr>
          <w:lang w:val="ru-RU"/>
        </w:rPr>
      </w:pPr>
      <w:r w:rsidRPr="00E34552">
        <w:rPr>
          <w:rFonts w:ascii="Times New Roman" w:eastAsia="Times New Roman" w:hAnsi="Times New Roman"/>
          <w:lang w:val="ru-RU"/>
        </w:rPr>
        <w:t>Статус Платформы</w:t>
      </w:r>
    </w:p>
    <w:p w:rsidR="00F60AFC" w:rsidRPr="00E34552" w:rsidRDefault="00420EDF" w:rsidP="00E34552">
      <w:pPr>
        <w:jc w:val="both"/>
        <w:rPr>
          <w:lang w:val="ru-RU"/>
        </w:rPr>
      </w:pPr>
      <w:r w:rsidRPr="00E34552">
        <w:rPr>
          <w:rFonts w:eastAsia="Times New Roman"/>
          <w:lang w:val="ru-RU"/>
        </w:rPr>
        <w:t>«Машук Экспресс» предоставляет техническую возможность Поставщикам размещать информацию о товарах и получать Заказы от Клиентов. Если иное прямо не указано в Карточке товара, продавцом является соответствующий Поставщик, сведения о котором доступны Клиенту до заключения договора купли-продажи.</w:t>
      </w:r>
    </w:p>
    <w:p w:rsidR="00F60AFC" w:rsidRDefault="00420EDF">
      <w:pPr>
        <w:pStyle w:val="1"/>
        <w:spacing w:before="180" w:after="80"/>
      </w:pPr>
      <w:proofErr w:type="spellStart"/>
      <w:r>
        <w:rPr>
          <w:rFonts w:ascii="Times New Roman" w:eastAsia="Times New Roman" w:hAnsi="Times New Roman"/>
        </w:rPr>
        <w:t>Документы</w:t>
      </w:r>
      <w:proofErr w:type="spellEnd"/>
    </w:p>
    <w:p w:rsidR="00F60AFC" w:rsidRPr="00E34552" w:rsidRDefault="00420EDF">
      <w:pPr>
        <w:pStyle w:val="a0"/>
        <w:ind w:left="397" w:hanging="198"/>
        <w:rPr>
          <w:lang w:val="ru-RU"/>
        </w:rPr>
      </w:pPr>
      <w:r w:rsidRPr="00E34552">
        <w:rPr>
          <w:rFonts w:eastAsia="Times New Roman"/>
          <w:lang w:val="ru-RU"/>
        </w:rPr>
        <w:t>Правила пользования цифровой платформой и Пользовательское соглашение;</w:t>
      </w:r>
    </w:p>
    <w:p w:rsidR="00F60AFC" w:rsidRDefault="00420EDF">
      <w:pPr>
        <w:pStyle w:val="a0"/>
        <w:ind w:left="397" w:hanging="198"/>
      </w:pPr>
      <w:proofErr w:type="spellStart"/>
      <w:r>
        <w:rPr>
          <w:rFonts w:eastAsia="Times New Roman"/>
        </w:rPr>
        <w:t>Общие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условия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приобретения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товаров</w:t>
      </w:r>
      <w:proofErr w:type="spellEnd"/>
      <w:r>
        <w:rPr>
          <w:rFonts w:eastAsia="Times New Roman"/>
        </w:rPr>
        <w:t>;</w:t>
      </w:r>
    </w:p>
    <w:p w:rsidR="00F60AFC" w:rsidRPr="00E34552" w:rsidRDefault="00420EDF">
      <w:pPr>
        <w:pStyle w:val="a0"/>
        <w:ind w:left="397" w:hanging="198"/>
        <w:rPr>
          <w:lang w:val="ru-RU"/>
        </w:rPr>
      </w:pPr>
      <w:r w:rsidRPr="00E34552">
        <w:rPr>
          <w:rFonts w:eastAsia="Times New Roman"/>
          <w:lang w:val="ru-RU"/>
        </w:rPr>
        <w:t>Политика возврата товаров и обработки рекламаций;</w:t>
      </w:r>
    </w:p>
    <w:p w:rsidR="00F60AFC" w:rsidRDefault="00420EDF">
      <w:pPr>
        <w:pStyle w:val="a0"/>
        <w:ind w:left="397" w:hanging="198"/>
      </w:pPr>
      <w:proofErr w:type="spellStart"/>
      <w:r>
        <w:rPr>
          <w:rFonts w:eastAsia="Times New Roman"/>
        </w:rPr>
        <w:t>Политика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обработки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персональных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данных</w:t>
      </w:r>
      <w:proofErr w:type="spellEnd"/>
      <w:r>
        <w:rPr>
          <w:rFonts w:eastAsia="Times New Roman"/>
        </w:rPr>
        <w:t>;</w:t>
      </w:r>
    </w:p>
    <w:p w:rsidR="00F60AFC" w:rsidRPr="00E34552" w:rsidRDefault="00420EDF">
      <w:pPr>
        <w:pStyle w:val="a0"/>
        <w:ind w:left="397" w:hanging="198"/>
        <w:rPr>
          <w:lang w:val="ru-RU"/>
        </w:rPr>
      </w:pPr>
      <w:r w:rsidRPr="00E34552">
        <w:rPr>
          <w:rFonts w:eastAsia="Times New Roman"/>
          <w:lang w:val="ru-RU"/>
        </w:rPr>
        <w:t>Согласие на обработку персональных данных;</w:t>
      </w:r>
    </w:p>
    <w:p w:rsidR="00F60AFC" w:rsidRPr="00E34552" w:rsidRDefault="00420EDF">
      <w:pPr>
        <w:pStyle w:val="a0"/>
        <w:ind w:left="397" w:hanging="198"/>
        <w:rPr>
          <w:lang w:val="ru-RU"/>
        </w:rPr>
      </w:pPr>
      <w:r w:rsidRPr="00E34552">
        <w:rPr>
          <w:rFonts w:eastAsia="Times New Roman"/>
          <w:lang w:val="ru-RU"/>
        </w:rPr>
        <w:t>Согласие на получение рекламных сообщений;</w:t>
      </w:r>
    </w:p>
    <w:p w:rsidR="00F60AFC" w:rsidRDefault="00420EDF">
      <w:pPr>
        <w:pStyle w:val="a0"/>
        <w:ind w:left="397" w:hanging="198"/>
      </w:pPr>
      <w:proofErr w:type="spellStart"/>
      <w:r>
        <w:rPr>
          <w:rFonts w:eastAsia="Times New Roman"/>
        </w:rPr>
        <w:t>Уведомление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об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использовании</w:t>
      </w:r>
      <w:proofErr w:type="spellEnd"/>
      <w:r>
        <w:rPr>
          <w:rFonts w:eastAsia="Times New Roman"/>
        </w:rPr>
        <w:t xml:space="preserve"> cookie.</w:t>
      </w:r>
    </w:p>
    <w:p w:rsidR="00F60AFC" w:rsidRPr="00E34552" w:rsidRDefault="00F60AFC">
      <w:pPr>
        <w:spacing w:before="100" w:after="120"/>
        <w:ind w:left="340" w:right="340"/>
        <w:rPr>
          <w:lang w:val="ru-RU"/>
        </w:rPr>
      </w:pPr>
    </w:p>
    <w:sectPr w:rsidR="00F60AFC" w:rsidRPr="00E34552" w:rsidSect="00034616">
      <w:footerReference w:type="default" r:id="rId9"/>
      <w:headerReference w:type="default" r:id="rId12"/>
      <w:pgSz w:w="12240" w:h="15840"/>
      <w:pgMar w:top="964" w:right="964" w:bottom="964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1775" w:rsidRDefault="00F11775">
      <w:pPr>
        <w:spacing w:after="0" w:line="240" w:lineRule="auto"/>
      </w:pPr>
      <w:r>
        <w:separator/>
      </w:r>
    </w:p>
  </w:endnote>
  <w:endnote w:type="continuationSeparator" w:id="0">
    <w:p w:rsidR="00F11775" w:rsidRDefault="00F11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AFC" w:rsidRDefault="00420EDF">
    <w:pPr>
      <w:pStyle w:val="a7"/>
      <w:jc w:val="center"/>
    </w:pPr>
    <w:r>
      <w:rPr>
        <w:rFonts w:eastAsia="Times New Roman"/>
        <w:sz w:val="16"/>
      </w:rPr>
      <w:t>Маркетплейс «Машук Экспресс» • редакция 01.09.2026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1775" w:rsidRDefault="00F11775">
      <w:pPr>
        <w:spacing w:after="0" w:line="240" w:lineRule="auto"/>
      </w:pPr>
      <w:r>
        <w:separator/>
      </w:r>
    </w:p>
  </w:footnote>
  <w:footnote w:type="continuationSeparator" w:id="0">
    <w:p w:rsidR="00F11775" w:rsidRDefault="00F117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427DD"/>
    <w:rsid w:val="0006063C"/>
    <w:rsid w:val="000E4454"/>
    <w:rsid w:val="0015074B"/>
    <w:rsid w:val="0029639D"/>
    <w:rsid w:val="00326F90"/>
    <w:rsid w:val="00420EDF"/>
    <w:rsid w:val="005733CD"/>
    <w:rsid w:val="0064610D"/>
    <w:rsid w:val="00AA1D8D"/>
    <w:rsid w:val="00AA57DD"/>
    <w:rsid w:val="00B27F87"/>
    <w:rsid w:val="00B47730"/>
    <w:rsid w:val="00CB0664"/>
    <w:rsid w:val="00E34552"/>
    <w:rsid w:val="00F11775"/>
    <w:rsid w:val="00F60AF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pPr>
      <w:spacing w:after="80" w:line="252" w:lineRule="auto"/>
    </w:pPr>
    <w:rPr>
      <w:rFonts w:ascii="Times New Roman" w:hAnsi="Times New Roman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3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pPr>
      <w:spacing w:after="80" w:line="252" w:lineRule="auto"/>
    </w:pPr>
    <w:rPr>
      <w:rFonts w:ascii="Times New Roman" w:hAnsi="Times New Roman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3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0DFD8DA-A440-4EBF-98D8-1CD1987C7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1</cp:lastModifiedBy>
  <cp:revision>6</cp:revision>
  <dcterms:created xsi:type="dcterms:W3CDTF">2026-09-02T16:36:00Z</dcterms:created>
  <dcterms:modified xsi:type="dcterms:W3CDTF">2026-09-03T09:39:00Z</dcterms:modified>
</cp:coreProperties>
</file>