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9DC" w:rsidRPr="00F50F3A" w:rsidRDefault="00F16010">
      <w:pPr>
        <w:spacing w:before="80" w:after="100"/>
        <w:jc w:val="center"/>
        <w:rPr>
          <w:lang w:val="ru-RU"/>
        </w:rPr>
      </w:pPr>
      <w:r w:rsidRPr="00F50F3A">
        <w:rPr>
          <w:rFonts w:eastAsia="Times New Roman"/>
          <w:b/>
          <w:sz w:val="26"/>
          <w:lang w:val="ru-RU"/>
        </w:rPr>
        <w:t>АГЕНТСКИЙ ДОГОВОР</w:t>
      </w:r>
      <w:r w:rsidRPr="00F50F3A">
        <w:rPr>
          <w:rFonts w:eastAsia="Times New Roman"/>
          <w:b/>
          <w:sz w:val="26"/>
          <w:lang w:val="ru-RU"/>
        </w:rPr>
        <w:br/>
      </w:r>
    </w:p>
    <w:p w:rsidR="004339DC" w:rsidRPr="00F50F3A" w:rsidRDefault="00F16010">
      <w:pPr>
        <w:spacing w:after="40" w:line="240" w:lineRule="auto"/>
        <w:rPr>
          <w:lang w:val="ru-RU"/>
        </w:rPr>
      </w:pPr>
      <w:r w:rsidRPr="00F50F3A">
        <w:rPr>
          <w:rFonts w:eastAsia="Times New Roman"/>
          <w:lang w:val="ru-RU"/>
        </w:rPr>
        <w:t>г. Пятигорск</w:t>
      </w:r>
    </w:p>
    <w:p w:rsidR="004339DC" w:rsidRPr="00F50F3A" w:rsidRDefault="00F16010" w:rsidP="00F50F3A">
      <w:pPr>
        <w:spacing w:after="40" w:line="240" w:lineRule="auto"/>
        <w:ind w:firstLine="720"/>
        <w:jc w:val="both"/>
        <w:rPr>
          <w:lang w:val="ru-RU"/>
        </w:rPr>
      </w:pPr>
      <w:r w:rsidRPr="00F50F3A">
        <w:rPr>
          <w:rFonts w:eastAsia="Times New Roman"/>
          <w:lang w:val="ru-RU"/>
        </w:rPr>
        <w:t xml:space="preserve">Договор – настоящий договор, заключаемый между </w:t>
      </w:r>
      <w:proofErr w:type="spellStart"/>
      <w:r w:rsidRPr="00F50F3A">
        <w:rPr>
          <w:rFonts w:eastAsia="Times New Roman"/>
          <w:lang w:val="ru-RU"/>
        </w:rPr>
        <w:t>Маркетплейсом</w:t>
      </w:r>
      <w:proofErr w:type="spellEnd"/>
      <w:r w:rsidRPr="00F50F3A">
        <w:rPr>
          <w:rFonts w:eastAsia="Times New Roman"/>
          <w:lang w:val="ru-RU"/>
        </w:rPr>
        <w:t xml:space="preserve"> и Поставщиком на условиях, указанных ниже.</w:t>
      </w:r>
    </w:p>
    <w:p w:rsidR="004339DC" w:rsidRPr="00F50F3A" w:rsidRDefault="00F16010" w:rsidP="00F50F3A">
      <w:pPr>
        <w:spacing w:after="40" w:line="240" w:lineRule="auto"/>
        <w:ind w:firstLine="720"/>
        <w:jc w:val="both"/>
        <w:rPr>
          <w:lang w:val="ru-RU"/>
        </w:rPr>
      </w:pPr>
      <w:r w:rsidRPr="00F50F3A">
        <w:rPr>
          <w:rFonts w:eastAsia="Times New Roman"/>
          <w:lang w:val="ru-RU"/>
        </w:rPr>
        <w:t>Заказ — оформленный Клиентом через Платформу запрос на приобретение Товара Поставщика, содержащий существенные условия будущего договора купли-продажи (наименование и количество Товара, цену, адрес доставки). Заказ становится обязательным для Поставщика только после его подтверждения (акцепта) Поставщиком в порядке, предусмотренном разделом 4 Договора. Договор купли-продажи считается заключенным непосредственно между Поставщиком и Клиентом с момента такого подтверждения.</w:t>
      </w:r>
    </w:p>
    <w:p w:rsidR="004339DC" w:rsidRPr="00F50F3A" w:rsidRDefault="00F16010" w:rsidP="00994E5D">
      <w:pPr>
        <w:spacing w:after="40" w:line="240" w:lineRule="auto"/>
        <w:ind w:firstLine="720"/>
        <w:jc w:val="both"/>
        <w:rPr>
          <w:lang w:val="ru-RU"/>
        </w:rPr>
      </w:pPr>
      <w:r w:rsidRPr="00F50F3A">
        <w:rPr>
          <w:rFonts w:eastAsia="Times New Roman"/>
          <w:lang w:val="ru-RU"/>
        </w:rPr>
        <w:t>Карточка товара – совокупность информации о товаре на Платформе, включая изображения товара, текст с описанием его характеристик (в том числе весогабаритные характеристики товара), цены и условий продажи, а также информацию о Поставщике и изготовителе товара.</w:t>
      </w:r>
    </w:p>
    <w:p w:rsidR="004339DC" w:rsidRPr="00F50F3A" w:rsidRDefault="00F16010" w:rsidP="00994E5D">
      <w:pPr>
        <w:spacing w:after="40" w:line="240" w:lineRule="auto"/>
        <w:ind w:firstLine="720"/>
        <w:jc w:val="both"/>
        <w:rPr>
          <w:lang w:val="ru-RU"/>
        </w:rPr>
      </w:pPr>
      <w:r w:rsidRPr="00F50F3A">
        <w:rPr>
          <w:rFonts w:eastAsia="Times New Roman"/>
          <w:lang w:val="ru-RU"/>
        </w:rPr>
        <w:t>Клиент — физическое лицо, использующее Платформу для поиска информации о Товарах и оформления Запросов на их приобретение. Договор розничной купли-продажи Товара заключается непосредственно между Клиентом и Поставщиком. МП не является стороной такого договора.</w:t>
      </w:r>
    </w:p>
    <w:p w:rsidR="004339DC" w:rsidRPr="00F50F3A" w:rsidRDefault="00F16010" w:rsidP="00994E5D">
      <w:pPr>
        <w:spacing w:after="40" w:line="240" w:lineRule="auto"/>
        <w:ind w:firstLine="720"/>
        <w:jc w:val="both"/>
        <w:rPr>
          <w:lang w:val="ru-RU"/>
        </w:rPr>
      </w:pPr>
      <w:r w:rsidRPr="00F50F3A">
        <w:rPr>
          <w:rFonts w:eastAsia="Times New Roman"/>
          <w:lang w:val="ru-RU"/>
        </w:rPr>
        <w:t>Личный кабинет – персональная страница Поставщика на Платформе, содержащая информацию о Поставщике, размещаемых им товарах и о заказах у Поставщика.</w:t>
      </w:r>
    </w:p>
    <w:p w:rsidR="004339DC" w:rsidRPr="00F50F3A" w:rsidRDefault="00F16010" w:rsidP="00994E5D">
      <w:pPr>
        <w:spacing w:after="40" w:line="240" w:lineRule="auto"/>
        <w:ind w:firstLine="720"/>
        <w:jc w:val="both"/>
        <w:rPr>
          <w:lang w:val="ru-RU"/>
        </w:rPr>
      </w:pPr>
      <w:proofErr w:type="spellStart"/>
      <w:r w:rsidRPr="00F50F3A">
        <w:rPr>
          <w:rFonts w:eastAsia="Times New Roman"/>
          <w:lang w:val="ru-RU"/>
        </w:rPr>
        <w:t>Маркетплейс</w:t>
      </w:r>
      <w:proofErr w:type="spellEnd"/>
      <w:r w:rsidRPr="00F50F3A">
        <w:rPr>
          <w:rFonts w:eastAsia="Times New Roman"/>
          <w:lang w:val="ru-RU"/>
        </w:rPr>
        <w:t>, МП – ИП Козинец А.П., оператор Платформы, предоставляющий Поставщикам информационные услуги, а также, по поручению Поставщика, услуги по приему и перечислению денежных средств от Клиентов (Агент) в порядке, предусмотренном разделом 7 Договора. МП не является Продавцом Товаров и не оказывает услуги по их доставке.</w:t>
      </w:r>
    </w:p>
    <w:p w:rsidR="004339DC" w:rsidRPr="00F50F3A" w:rsidRDefault="00F16010" w:rsidP="00994E5D">
      <w:pPr>
        <w:spacing w:after="40" w:line="240" w:lineRule="auto"/>
        <w:ind w:firstLine="720"/>
        <w:jc w:val="both"/>
        <w:rPr>
          <w:lang w:val="ru-RU"/>
        </w:rPr>
      </w:pPr>
      <w:r w:rsidRPr="00F50F3A">
        <w:rPr>
          <w:rFonts w:eastAsia="Times New Roman"/>
          <w:lang w:val="ru-RU"/>
        </w:rPr>
        <w:t xml:space="preserve">Платформа – </w:t>
      </w:r>
      <w:proofErr w:type="spellStart"/>
      <w:r w:rsidRPr="00F50F3A">
        <w:rPr>
          <w:rFonts w:eastAsia="Times New Roman"/>
          <w:lang w:val="ru-RU"/>
        </w:rPr>
        <w:t>агрегатор</w:t>
      </w:r>
      <w:proofErr w:type="spellEnd"/>
      <w:r w:rsidRPr="00F50F3A">
        <w:rPr>
          <w:rFonts w:eastAsia="Times New Roman"/>
          <w:lang w:val="ru-RU"/>
        </w:rPr>
        <w:t xml:space="preserve"> информации о товарах – информационная система (программа для электронных вычислительных машин) МП, размещенная на сайте </w:t>
      </w:r>
      <w:r>
        <w:rPr>
          <w:rFonts w:eastAsia="Times New Roman"/>
        </w:rPr>
        <w:t>https</w:t>
      </w:r>
      <w:r w:rsidRPr="00F50F3A">
        <w:rPr>
          <w:rFonts w:eastAsia="Times New Roman"/>
          <w:lang w:val="ru-RU"/>
        </w:rPr>
        <w:t>://</w:t>
      </w:r>
      <w:proofErr w:type="spellStart"/>
      <w:r>
        <w:rPr>
          <w:rFonts w:eastAsia="Times New Roman"/>
        </w:rPr>
        <w:t>mashuk</w:t>
      </w:r>
      <w:proofErr w:type="spellEnd"/>
      <w:r w:rsidRPr="00F50F3A">
        <w:rPr>
          <w:rFonts w:eastAsia="Times New Roman"/>
          <w:lang w:val="ru-RU"/>
        </w:rPr>
        <w:t>.</w:t>
      </w:r>
      <w:r>
        <w:rPr>
          <w:rFonts w:eastAsia="Times New Roman"/>
        </w:rPr>
        <w:t>express</w:t>
      </w:r>
      <w:r w:rsidRPr="00F50F3A">
        <w:rPr>
          <w:rFonts w:eastAsia="Times New Roman"/>
          <w:lang w:val="ru-RU"/>
        </w:rPr>
        <w:t xml:space="preserve">, которая предоставляет Поставщикам возможность размещать товары с целью продажи, а также получать информацию о заказах товаров. Функции Платформы, доступные Поставщику, определяются </w:t>
      </w:r>
      <w:proofErr w:type="spellStart"/>
      <w:r w:rsidRPr="00F50F3A">
        <w:rPr>
          <w:rFonts w:eastAsia="Times New Roman"/>
          <w:lang w:val="ru-RU"/>
        </w:rPr>
        <w:t>Маркетплейсом</w:t>
      </w:r>
      <w:proofErr w:type="spellEnd"/>
      <w:r w:rsidRPr="00F50F3A">
        <w:rPr>
          <w:rFonts w:eastAsia="Times New Roman"/>
          <w:lang w:val="ru-RU"/>
        </w:rPr>
        <w:t>.</w:t>
      </w:r>
    </w:p>
    <w:p w:rsidR="004339DC" w:rsidRPr="00F50F3A" w:rsidRDefault="00F16010" w:rsidP="00994E5D">
      <w:pPr>
        <w:spacing w:after="40" w:line="240" w:lineRule="auto"/>
        <w:ind w:firstLine="720"/>
        <w:jc w:val="both"/>
        <w:rPr>
          <w:lang w:val="ru-RU"/>
        </w:rPr>
      </w:pPr>
      <w:proofErr w:type="gramStart"/>
      <w:r w:rsidRPr="00F50F3A">
        <w:rPr>
          <w:rFonts w:eastAsia="Times New Roman"/>
          <w:lang w:val="ru-RU"/>
        </w:rPr>
        <w:t>Сервис доставки — информационно-логистический сервис (компания СДЭК или иная транспортная компания), с которым у МП заключен договор на организацию перевозок.</w:t>
      </w:r>
      <w:proofErr w:type="gramEnd"/>
      <w:r w:rsidRPr="00F50F3A">
        <w:rPr>
          <w:rFonts w:eastAsia="Times New Roman"/>
          <w:lang w:val="ru-RU"/>
        </w:rPr>
        <w:t xml:space="preserve"> МП предоставляет Поставщику техническую возможность использовать свой корпоративный аккаунт в Сервисе доставки для оформления отправлений. Услуги по доставке оказываются Сервисом доставки напрямую Поставщику на условиях, опубликованных на официальном сайте Сервиса доставки. МП не является стороной договора перевозки между Поставщиком и Сервисом доставки.</w:t>
      </w:r>
    </w:p>
    <w:p w:rsidR="004339DC" w:rsidRPr="00F50F3A" w:rsidRDefault="00F16010" w:rsidP="00994E5D">
      <w:pPr>
        <w:spacing w:after="40" w:line="240" w:lineRule="auto"/>
        <w:ind w:firstLine="720"/>
        <w:jc w:val="both"/>
        <w:rPr>
          <w:lang w:val="ru-RU"/>
        </w:rPr>
      </w:pPr>
      <w:r w:rsidRPr="00F50F3A">
        <w:rPr>
          <w:rFonts w:eastAsia="Times New Roman"/>
          <w:lang w:val="ru-RU"/>
        </w:rPr>
        <w:t>Поставщик — юридическое лицо, индивидуальный предприниматель (в том числе применяющий специальный налоговый режим «Налог на профессиональный доход»), а также физическое лицо — плательщик налога на профессиональный доход (</w:t>
      </w:r>
      <w:proofErr w:type="spellStart"/>
      <w:r w:rsidRPr="00F50F3A">
        <w:rPr>
          <w:rFonts w:eastAsia="Times New Roman"/>
          <w:lang w:val="ru-RU"/>
        </w:rPr>
        <w:t>самозанятый</w:t>
      </w:r>
      <w:proofErr w:type="spellEnd"/>
      <w:r w:rsidRPr="00F50F3A">
        <w:rPr>
          <w:rFonts w:eastAsia="Times New Roman"/>
          <w:lang w:val="ru-RU"/>
        </w:rPr>
        <w:t>), зарегистрированный на территории Российской Федерации, заключивший настоящий Договор с целью продажи Товаров через Платформу.</w:t>
      </w:r>
    </w:p>
    <w:p w:rsidR="004339DC" w:rsidRPr="00F50F3A" w:rsidRDefault="00F16010" w:rsidP="00B12B54">
      <w:pPr>
        <w:spacing w:after="40" w:line="240" w:lineRule="auto"/>
        <w:ind w:firstLine="720"/>
        <w:jc w:val="both"/>
        <w:rPr>
          <w:lang w:val="ru-RU"/>
        </w:rPr>
      </w:pPr>
      <w:r w:rsidRPr="00F50F3A">
        <w:rPr>
          <w:rFonts w:eastAsia="Times New Roman"/>
          <w:lang w:val="ru-RU"/>
        </w:rPr>
        <w:t>Уведомление – электронное сообщение, направляемое МП Поставщику в Личный кабинет и / или на Электронную почту. Уведомление считается полученным Поставщиком в дату его отправки, при этом Поставщик обязуется регулярно проверять Личный кабинет и электронную почту. МП не отвечает за любые негативные последствия в связи с несвоевременным ознакомлением Поставщика с Уведомлениями.</w:t>
      </w:r>
    </w:p>
    <w:p w:rsidR="004339DC" w:rsidRPr="00F50F3A" w:rsidRDefault="00F16010" w:rsidP="00B12B54">
      <w:pPr>
        <w:spacing w:after="40" w:line="240" w:lineRule="auto"/>
        <w:ind w:firstLine="720"/>
        <w:jc w:val="both"/>
        <w:rPr>
          <w:lang w:val="ru-RU"/>
        </w:rPr>
      </w:pPr>
      <w:r w:rsidRPr="00F50F3A">
        <w:rPr>
          <w:rFonts w:eastAsia="Times New Roman"/>
          <w:lang w:val="ru-RU"/>
        </w:rPr>
        <w:t>Условия продажи товаров — информация о Товаре и условиях его предполагаемой продажи, размещённая Поставщиком в Карточке товара. Если прямо и недвусмысленно не указано иное, Карточка товара является приглашением Клиенту направить Поставщику предложение о заключении договора; таким предложением является оформленный Заказ, а акцептом Поставщика — подтверждение Заказа посредством перевода его в статус «На сборке» или иного предусмотренного Платформой подтверждения.</w:t>
      </w:r>
    </w:p>
    <w:p w:rsidR="004339DC" w:rsidRPr="00F50F3A" w:rsidRDefault="00F16010" w:rsidP="00B12B54">
      <w:pPr>
        <w:spacing w:before="160" w:after="80"/>
        <w:jc w:val="center"/>
        <w:rPr>
          <w:lang w:val="ru-RU"/>
        </w:rPr>
      </w:pPr>
      <w:r w:rsidRPr="00F50F3A">
        <w:rPr>
          <w:rFonts w:eastAsia="Times New Roman"/>
          <w:b/>
          <w:sz w:val="23"/>
          <w:lang w:val="ru-RU"/>
        </w:rPr>
        <w:t>ПРЕДМЕТ ДОГОВОРА</w:t>
      </w:r>
    </w:p>
    <w:p w:rsidR="004339DC" w:rsidRPr="00F50F3A" w:rsidRDefault="00F16010" w:rsidP="00F50F3A">
      <w:pPr>
        <w:spacing w:after="40" w:line="240" w:lineRule="auto"/>
        <w:jc w:val="both"/>
        <w:rPr>
          <w:lang w:val="ru-RU"/>
        </w:rPr>
      </w:pPr>
      <w:r w:rsidRPr="00F50F3A">
        <w:rPr>
          <w:rFonts w:eastAsia="Times New Roman"/>
          <w:lang w:val="ru-RU"/>
        </w:rPr>
        <w:t>1.1. МП обязуется предоставить Поставщику доступ к Платформе для размещения информации о Товарах и получения Запросов от Клиентов (информационные услуги), а Поставщик обязуется оплачивать такие услуги.</w:t>
      </w:r>
    </w:p>
    <w:p w:rsidR="004339DC" w:rsidRPr="00F50F3A" w:rsidRDefault="00F16010" w:rsidP="00F50F3A">
      <w:pPr>
        <w:spacing w:after="40" w:line="240" w:lineRule="auto"/>
        <w:jc w:val="both"/>
        <w:rPr>
          <w:lang w:val="ru-RU"/>
        </w:rPr>
      </w:pPr>
      <w:r w:rsidRPr="00F50F3A">
        <w:rPr>
          <w:rFonts w:eastAsia="Times New Roman"/>
          <w:lang w:val="ru-RU"/>
        </w:rPr>
        <w:t>1.2. Поставщик поручает, а МП принимает на себя обязательства по совершению от имени и за счет Поставщика следующих действий:</w:t>
      </w:r>
    </w:p>
    <w:p w:rsidR="004339DC" w:rsidRPr="00F50F3A" w:rsidRDefault="00F16010" w:rsidP="00F50F3A">
      <w:pPr>
        <w:spacing w:after="40" w:line="240" w:lineRule="auto"/>
        <w:jc w:val="both"/>
        <w:rPr>
          <w:lang w:val="ru-RU"/>
        </w:rPr>
      </w:pPr>
      <w:r w:rsidRPr="00F50F3A">
        <w:rPr>
          <w:rFonts w:eastAsia="Times New Roman"/>
          <w:lang w:val="ru-RU"/>
        </w:rPr>
        <w:t>прием денежных средств от Клиентов в пользу Поставщика посредством использования ККТ и/или платежных сервисов Кредитных организаций, с которыми у МП заключены соответствующие договоры;</w:t>
      </w:r>
    </w:p>
    <w:p w:rsidR="004339DC" w:rsidRPr="00F50F3A" w:rsidRDefault="00F16010" w:rsidP="00F50F3A">
      <w:pPr>
        <w:spacing w:after="40" w:line="240" w:lineRule="auto"/>
        <w:jc w:val="both"/>
        <w:rPr>
          <w:lang w:val="ru-RU"/>
        </w:rPr>
      </w:pPr>
      <w:r w:rsidRPr="00F50F3A">
        <w:rPr>
          <w:rFonts w:eastAsia="Times New Roman"/>
          <w:lang w:val="ru-RU"/>
        </w:rPr>
        <w:lastRenderedPageBreak/>
        <w:t>перечисление полученных от Клиентов денежных средств Поставщику в порядке и сроки, установленные разделом 7 Договора, за вычетом причитающегося МП вознаграждения.</w:t>
      </w:r>
    </w:p>
    <w:p w:rsidR="004339DC" w:rsidRPr="00F50F3A" w:rsidRDefault="00F16010" w:rsidP="00F50F3A">
      <w:pPr>
        <w:spacing w:after="40" w:line="240" w:lineRule="auto"/>
        <w:jc w:val="both"/>
        <w:rPr>
          <w:lang w:val="ru-RU"/>
        </w:rPr>
      </w:pPr>
      <w:r w:rsidRPr="00F50F3A">
        <w:rPr>
          <w:rFonts w:eastAsia="Times New Roman"/>
          <w:lang w:val="ru-RU"/>
        </w:rPr>
        <w:t>1.3. МП вправе в целях продвижения Товаров Поставщика размещать информацию о них на Платформе и на сторонних ресурсах.</w:t>
      </w:r>
    </w:p>
    <w:p w:rsidR="004339DC" w:rsidRPr="00F50F3A" w:rsidRDefault="00F16010" w:rsidP="00F50F3A">
      <w:pPr>
        <w:spacing w:after="40" w:line="240" w:lineRule="auto"/>
        <w:jc w:val="both"/>
        <w:rPr>
          <w:lang w:val="ru-RU"/>
        </w:rPr>
      </w:pPr>
      <w:r w:rsidRPr="00F50F3A">
        <w:rPr>
          <w:rFonts w:eastAsia="Times New Roman"/>
          <w:lang w:val="ru-RU"/>
        </w:rPr>
        <w:t>1.4. К правоотношениям Сторон применяются положения Гражданского кодекса РФ об агентировании (глава 52) в части агентских услуг по расчетам, а также положения ГК РФ о возмездном оказании услуг (глава 39) в части информационных услуг. Стороны признают, что МП не является продавцом Товаров, не оказывает услуги по доставке и не выступает стороной сделок между Поставщиком и Клиентом, за исключением приема платежей по поручению Поставщика.</w:t>
      </w:r>
    </w:p>
    <w:p w:rsidR="004339DC" w:rsidRPr="00F50F3A" w:rsidRDefault="00F16010" w:rsidP="00B12B54">
      <w:pPr>
        <w:spacing w:before="160" w:after="80"/>
        <w:jc w:val="center"/>
        <w:rPr>
          <w:lang w:val="ru-RU"/>
        </w:rPr>
      </w:pPr>
      <w:r w:rsidRPr="00F50F3A">
        <w:rPr>
          <w:rFonts w:eastAsia="Times New Roman"/>
          <w:b/>
          <w:sz w:val="23"/>
          <w:lang w:val="ru-RU"/>
        </w:rPr>
        <w:t>ДОСТУП К ЛИЧНОМУ КАБИНЕТУ</w:t>
      </w:r>
    </w:p>
    <w:p w:rsidR="004339DC" w:rsidRPr="00F50F3A" w:rsidRDefault="00F16010" w:rsidP="00B12B54">
      <w:pPr>
        <w:spacing w:after="40" w:line="240" w:lineRule="auto"/>
        <w:ind w:firstLine="720"/>
        <w:jc w:val="both"/>
        <w:rPr>
          <w:lang w:val="ru-RU"/>
        </w:rPr>
      </w:pPr>
      <w:r w:rsidRPr="00F50F3A">
        <w:rPr>
          <w:rFonts w:eastAsia="Times New Roman"/>
          <w:lang w:val="ru-RU"/>
        </w:rPr>
        <w:t xml:space="preserve">Поставщик обязуется не сообщать логин и пароль третьим лицам кроме случаев, когда эти лица действуют по поручению Поставщика, и принимать все необходимые меры для обеспечения конфиденциальности пароля от его Личного кабинета. Поставщик несет ответственность за действия привлеченных по его поручению третьих лиц как </w:t>
      </w:r>
      <w:proofErr w:type="gramStart"/>
      <w:r w:rsidRPr="00F50F3A">
        <w:rPr>
          <w:rFonts w:eastAsia="Times New Roman"/>
          <w:lang w:val="ru-RU"/>
        </w:rPr>
        <w:t>за</w:t>
      </w:r>
      <w:proofErr w:type="gramEnd"/>
      <w:r w:rsidRPr="00F50F3A">
        <w:rPr>
          <w:rFonts w:eastAsia="Times New Roman"/>
          <w:lang w:val="ru-RU"/>
        </w:rPr>
        <w:t xml:space="preserve"> свои собственные.</w:t>
      </w:r>
    </w:p>
    <w:p w:rsidR="004339DC" w:rsidRPr="00F50F3A" w:rsidRDefault="00F16010" w:rsidP="00B12B54">
      <w:pPr>
        <w:spacing w:after="40" w:line="240" w:lineRule="auto"/>
        <w:ind w:firstLine="720"/>
        <w:jc w:val="both"/>
        <w:rPr>
          <w:lang w:val="ru-RU"/>
        </w:rPr>
      </w:pPr>
      <w:r w:rsidRPr="00F50F3A">
        <w:rPr>
          <w:rFonts w:eastAsia="Times New Roman"/>
          <w:lang w:val="ru-RU"/>
        </w:rPr>
        <w:t xml:space="preserve">При возникновении у Поставщика подозрений относительно безопасности его пароля или возможности его несанкционированного использования третьими лицами, Поставщик обязан незамедлительно уведомить службу поддержки </w:t>
      </w:r>
      <w:proofErr w:type="spellStart"/>
      <w:r w:rsidRPr="00F50F3A">
        <w:rPr>
          <w:rFonts w:eastAsia="Times New Roman"/>
          <w:lang w:val="ru-RU"/>
        </w:rPr>
        <w:t>Маркетплейса</w:t>
      </w:r>
      <w:proofErr w:type="spellEnd"/>
      <w:r w:rsidRPr="00F50F3A">
        <w:rPr>
          <w:rFonts w:eastAsia="Times New Roman"/>
          <w:lang w:val="ru-RU"/>
        </w:rPr>
        <w:t xml:space="preserve"> (далее – служба поддержки) письмом на почту</w:t>
      </w:r>
      <w:r w:rsidR="00B12B54" w:rsidRPr="00B12B54">
        <w:rPr>
          <w:rFonts w:eastAsia="Times New Roman"/>
          <w:lang w:val="ru-RU"/>
        </w:rPr>
        <w:t xml:space="preserve"> mashuk.express@yandex.ru</w:t>
      </w:r>
      <w:r w:rsidRPr="00F50F3A">
        <w:rPr>
          <w:rFonts w:eastAsia="Times New Roman"/>
          <w:lang w:val="ru-RU"/>
        </w:rPr>
        <w:t>, после чего сменить пароль Личном кабинете.</w:t>
      </w:r>
    </w:p>
    <w:p w:rsidR="004339DC" w:rsidRPr="00F50F3A" w:rsidRDefault="00F16010" w:rsidP="00B12B54">
      <w:pPr>
        <w:spacing w:after="40" w:line="240" w:lineRule="auto"/>
        <w:ind w:firstLine="720"/>
        <w:jc w:val="both"/>
        <w:rPr>
          <w:lang w:val="ru-RU"/>
        </w:rPr>
      </w:pPr>
      <w:r w:rsidRPr="00F50F3A">
        <w:rPr>
          <w:rFonts w:eastAsia="Times New Roman"/>
          <w:lang w:val="ru-RU"/>
        </w:rPr>
        <w:t xml:space="preserve">При возникновении у </w:t>
      </w:r>
      <w:proofErr w:type="spellStart"/>
      <w:r w:rsidRPr="00F50F3A">
        <w:rPr>
          <w:rFonts w:eastAsia="Times New Roman"/>
          <w:lang w:val="ru-RU"/>
        </w:rPr>
        <w:t>Маркетплейса</w:t>
      </w:r>
      <w:proofErr w:type="spellEnd"/>
      <w:r w:rsidRPr="00F50F3A">
        <w:rPr>
          <w:rFonts w:eastAsia="Times New Roman"/>
          <w:lang w:val="ru-RU"/>
        </w:rPr>
        <w:t xml:space="preserve"> подозрений относительно использования Личного кабинета Поставщика третьим лицом или вредоносным программным обеспечением, МП вправе в одностороннем порядке сменить пароль Поставщика к его Личному кабинету. Новый пароль сообщается Поставщику письмом на адрес электронной почты, указанный Поставщиком в Личном кабинете при регистрации, исключительно после личного обращения Поставщика в службу поддержки и идентификации ей Поставщика.</w:t>
      </w:r>
    </w:p>
    <w:p w:rsidR="004339DC" w:rsidRPr="00F50F3A" w:rsidRDefault="00F16010" w:rsidP="00B12B54">
      <w:pPr>
        <w:spacing w:before="160" w:after="80"/>
        <w:jc w:val="center"/>
        <w:rPr>
          <w:lang w:val="ru-RU"/>
        </w:rPr>
      </w:pPr>
      <w:r w:rsidRPr="00F50F3A">
        <w:rPr>
          <w:rFonts w:eastAsia="Times New Roman"/>
          <w:b/>
          <w:sz w:val="23"/>
          <w:lang w:val="ru-RU"/>
        </w:rPr>
        <w:t>КАРТОЧКА ТОВАРА</w:t>
      </w:r>
    </w:p>
    <w:p w:rsidR="004339DC" w:rsidRPr="00F50F3A" w:rsidRDefault="00F16010" w:rsidP="00B12B54">
      <w:pPr>
        <w:spacing w:after="40" w:line="240" w:lineRule="auto"/>
        <w:ind w:firstLine="720"/>
        <w:jc w:val="both"/>
        <w:rPr>
          <w:lang w:val="ru-RU"/>
        </w:rPr>
      </w:pPr>
      <w:r w:rsidRPr="00F50F3A">
        <w:rPr>
          <w:rFonts w:eastAsia="Times New Roman"/>
          <w:lang w:val="ru-RU"/>
        </w:rPr>
        <w:t>Поставщик через Личный кабинет самостоятельно создаёт новую Карточку товара. Поставщик может внести изменения только в заново созданную им Карточку товара. Поставщик вправе размещать на Платформе карточки только того Товара, который находится в его собственности, либо будет им изготовлен/доставлен под   Заказ (о чем в Карточке товара Поставщик должен сделать соответствующую пометку).</w:t>
      </w:r>
    </w:p>
    <w:p w:rsidR="004339DC" w:rsidRPr="00F50F3A" w:rsidRDefault="00F16010" w:rsidP="00B12B54">
      <w:pPr>
        <w:spacing w:after="40" w:line="240" w:lineRule="auto"/>
        <w:ind w:firstLine="720"/>
        <w:jc w:val="both"/>
        <w:rPr>
          <w:lang w:val="ru-RU"/>
        </w:rPr>
      </w:pPr>
      <w:r w:rsidRPr="00F50F3A">
        <w:rPr>
          <w:rFonts w:eastAsia="Times New Roman"/>
          <w:lang w:val="ru-RU"/>
        </w:rPr>
        <w:t>Поставщик несёт ответственность за соответствие Карточки товара требованиям законодательства, в том числе (</w:t>
      </w:r>
      <w:proofErr w:type="gramStart"/>
      <w:r w:rsidRPr="00F50F3A">
        <w:rPr>
          <w:rFonts w:eastAsia="Times New Roman"/>
          <w:lang w:val="ru-RU"/>
        </w:rPr>
        <w:t>но</w:t>
      </w:r>
      <w:proofErr w:type="gramEnd"/>
      <w:r w:rsidRPr="00F50F3A">
        <w:rPr>
          <w:rFonts w:eastAsia="Times New Roman"/>
          <w:lang w:val="ru-RU"/>
        </w:rPr>
        <w:t xml:space="preserve"> не ограничиваясь) в части полноты, актуальности и достоверности информации, предоставляемой Клиенту. Поставщик обязан постоянно поддерживать в актуальном виде информацию в   Карточке товара, об ассортименте, наличии и цене Товара.</w:t>
      </w:r>
    </w:p>
    <w:p w:rsidR="004339DC" w:rsidRPr="00F50F3A" w:rsidRDefault="00F16010" w:rsidP="00B12B54">
      <w:pPr>
        <w:spacing w:after="40" w:line="240" w:lineRule="auto"/>
        <w:ind w:firstLine="720"/>
        <w:jc w:val="both"/>
        <w:rPr>
          <w:lang w:val="ru-RU"/>
        </w:rPr>
      </w:pPr>
      <w:r w:rsidRPr="00F50F3A">
        <w:rPr>
          <w:rFonts w:eastAsia="Times New Roman"/>
          <w:lang w:val="ru-RU"/>
        </w:rPr>
        <w:t xml:space="preserve">Поставщик несёт перед </w:t>
      </w:r>
      <w:proofErr w:type="spellStart"/>
      <w:r w:rsidRPr="00F50F3A">
        <w:rPr>
          <w:rFonts w:eastAsia="Times New Roman"/>
          <w:lang w:val="ru-RU"/>
        </w:rPr>
        <w:t>Маркетплейсом</w:t>
      </w:r>
      <w:proofErr w:type="spellEnd"/>
      <w:r w:rsidRPr="00F50F3A">
        <w:rPr>
          <w:rFonts w:eastAsia="Times New Roman"/>
          <w:lang w:val="ru-RU"/>
        </w:rPr>
        <w:t xml:space="preserve"> ответственность за полноту, актуальность и достоверность предоставленной им информации о Товаре и Поставщике. Настоящее условие не исключает ответственность </w:t>
      </w:r>
      <w:proofErr w:type="spellStart"/>
      <w:r w:rsidRPr="00F50F3A">
        <w:rPr>
          <w:rFonts w:eastAsia="Times New Roman"/>
          <w:lang w:val="ru-RU"/>
        </w:rPr>
        <w:t>Маркетплейса</w:t>
      </w:r>
      <w:proofErr w:type="spellEnd"/>
      <w:r w:rsidRPr="00F50F3A">
        <w:rPr>
          <w:rFonts w:eastAsia="Times New Roman"/>
          <w:lang w:val="ru-RU"/>
        </w:rPr>
        <w:t xml:space="preserve"> перед Клиентами и иными лицами в случаях, когда такая ответственность прямо установлена законодательством Российской Федерации.</w:t>
      </w:r>
    </w:p>
    <w:p w:rsidR="004339DC" w:rsidRPr="00F50F3A" w:rsidRDefault="00F16010" w:rsidP="00F50F3A">
      <w:pPr>
        <w:spacing w:after="40" w:line="240" w:lineRule="auto"/>
        <w:jc w:val="both"/>
        <w:rPr>
          <w:lang w:val="ru-RU"/>
        </w:rPr>
      </w:pPr>
      <w:r w:rsidRPr="00F50F3A">
        <w:rPr>
          <w:rFonts w:eastAsia="Times New Roman"/>
          <w:lang w:val="ru-RU"/>
        </w:rPr>
        <w:t xml:space="preserve">При обнаружении каких-либо несоответствий в любой Карточке товара Поставщик обязан незамедлительно сообщить </w:t>
      </w:r>
      <w:proofErr w:type="spellStart"/>
      <w:r w:rsidRPr="00F50F3A">
        <w:rPr>
          <w:rFonts w:eastAsia="Times New Roman"/>
          <w:lang w:val="ru-RU"/>
        </w:rPr>
        <w:t>Маркетплейсу</w:t>
      </w:r>
      <w:proofErr w:type="spellEnd"/>
      <w:r w:rsidRPr="00F50F3A">
        <w:rPr>
          <w:rFonts w:eastAsia="Times New Roman"/>
          <w:lang w:val="ru-RU"/>
        </w:rPr>
        <w:t xml:space="preserve"> об этом с указанием таких несоответствий.</w:t>
      </w:r>
    </w:p>
    <w:p w:rsidR="004339DC" w:rsidRPr="00F50F3A" w:rsidRDefault="00F16010" w:rsidP="00F50F3A">
      <w:pPr>
        <w:spacing w:after="40" w:line="240" w:lineRule="auto"/>
        <w:jc w:val="both"/>
        <w:rPr>
          <w:lang w:val="ru-RU"/>
        </w:rPr>
      </w:pPr>
      <w:r w:rsidRPr="00F50F3A">
        <w:rPr>
          <w:rFonts w:eastAsia="Times New Roman"/>
          <w:lang w:val="ru-RU"/>
        </w:rPr>
        <w:t>В отношении любой Карточки товара МП вправе (но не обязан) проводить проверку (как на этапе ее создания, так и после размещения на Сайте):</w:t>
      </w:r>
    </w:p>
    <w:p w:rsidR="004339DC" w:rsidRPr="00F50F3A" w:rsidRDefault="00F16010" w:rsidP="00F50F3A">
      <w:pPr>
        <w:spacing w:after="40" w:line="240" w:lineRule="auto"/>
        <w:jc w:val="both"/>
        <w:rPr>
          <w:lang w:val="ru-RU"/>
        </w:rPr>
      </w:pPr>
      <w:r w:rsidRPr="00F50F3A">
        <w:rPr>
          <w:rFonts w:eastAsia="Times New Roman"/>
          <w:lang w:val="ru-RU"/>
        </w:rPr>
        <w:t>(а) требовать внесения Поставщиком изменений (а Поставщик обязан их незамедлительно вносить) в случае несоответствия содержания карточки законодательству РФ или условиям Договора;</w:t>
      </w:r>
    </w:p>
    <w:p w:rsidR="004339DC" w:rsidRPr="00F50F3A" w:rsidRDefault="00F16010" w:rsidP="00F50F3A">
      <w:pPr>
        <w:spacing w:after="40" w:line="240" w:lineRule="auto"/>
        <w:jc w:val="both"/>
        <w:rPr>
          <w:lang w:val="ru-RU"/>
        </w:rPr>
      </w:pPr>
      <w:r w:rsidRPr="00F50F3A">
        <w:rPr>
          <w:rFonts w:eastAsia="Times New Roman"/>
          <w:lang w:val="ru-RU"/>
        </w:rPr>
        <w:t>(б) изменять категорию Товара исключительно в случае явного несоответствия выбранной Поставщиком категории фактическим характеристикам Товара, с обязательным уведомлением Поставщика; и/или</w:t>
      </w:r>
    </w:p>
    <w:p w:rsidR="004339DC" w:rsidRPr="00F50F3A" w:rsidRDefault="00F16010" w:rsidP="00F50F3A">
      <w:pPr>
        <w:spacing w:after="40" w:line="240" w:lineRule="auto"/>
        <w:jc w:val="both"/>
        <w:rPr>
          <w:lang w:val="ru-RU"/>
        </w:rPr>
      </w:pPr>
      <w:r w:rsidRPr="00F50F3A">
        <w:rPr>
          <w:rFonts w:eastAsia="Times New Roman"/>
          <w:lang w:val="ru-RU"/>
        </w:rPr>
        <w:t>(в) блокировать Карточку товара на Платформе, делая Товар недоступным для заказа Клиентом. В случае блокировки Карточки товара МП информирует об этом Поставщика</w:t>
      </w:r>
    </w:p>
    <w:p w:rsidR="004339DC" w:rsidRPr="00F50F3A" w:rsidRDefault="00F16010" w:rsidP="00B12B54">
      <w:pPr>
        <w:spacing w:after="40" w:line="240" w:lineRule="auto"/>
        <w:ind w:firstLine="720"/>
        <w:jc w:val="both"/>
        <w:rPr>
          <w:lang w:val="ru-RU"/>
        </w:rPr>
      </w:pPr>
      <w:r w:rsidRPr="00F50F3A">
        <w:rPr>
          <w:rFonts w:eastAsia="Times New Roman"/>
          <w:lang w:val="ru-RU"/>
        </w:rPr>
        <w:t>МП вправе размещать Карточку товара, созданную Поставщиком, и/или любые входящие в нее             информационные блоки:</w:t>
      </w:r>
    </w:p>
    <w:p w:rsidR="004339DC" w:rsidRPr="00F50F3A" w:rsidRDefault="00F16010" w:rsidP="00F50F3A">
      <w:pPr>
        <w:spacing w:after="40" w:line="240" w:lineRule="auto"/>
        <w:jc w:val="both"/>
        <w:rPr>
          <w:lang w:val="ru-RU"/>
        </w:rPr>
      </w:pPr>
      <w:r w:rsidRPr="00F50F3A">
        <w:rPr>
          <w:rFonts w:eastAsia="Times New Roman"/>
          <w:lang w:val="ru-RU"/>
        </w:rPr>
        <w:t>(а) на Платформе совместно с карточками аналогичных товаров других Поставщиков; а также</w:t>
      </w:r>
    </w:p>
    <w:p w:rsidR="004339DC" w:rsidRPr="00F50F3A" w:rsidRDefault="00F16010" w:rsidP="00F50F3A">
      <w:pPr>
        <w:spacing w:after="40" w:line="240" w:lineRule="auto"/>
        <w:jc w:val="both"/>
        <w:rPr>
          <w:lang w:val="ru-RU"/>
        </w:rPr>
      </w:pPr>
      <w:r w:rsidRPr="00F50F3A">
        <w:rPr>
          <w:rFonts w:eastAsia="Times New Roman"/>
          <w:lang w:val="ru-RU"/>
        </w:rPr>
        <w:t>(б) на сторонних ресурсах в рекламно-маркетинговых целях.</w:t>
      </w:r>
    </w:p>
    <w:p w:rsidR="004339DC" w:rsidRPr="00F50F3A" w:rsidRDefault="00F16010" w:rsidP="00B12B54">
      <w:pPr>
        <w:spacing w:after="40" w:line="240" w:lineRule="auto"/>
        <w:ind w:firstLine="720"/>
        <w:jc w:val="both"/>
        <w:rPr>
          <w:lang w:val="ru-RU"/>
        </w:rPr>
      </w:pPr>
      <w:r w:rsidRPr="00F50F3A">
        <w:rPr>
          <w:rFonts w:eastAsia="Times New Roman"/>
          <w:lang w:val="ru-RU"/>
        </w:rPr>
        <w:t>Поставщик обязан указать в Карточке товара информацию о гарантийном сроке на поставляемый Товар.</w:t>
      </w:r>
    </w:p>
    <w:p w:rsidR="004339DC" w:rsidRPr="00F50F3A" w:rsidRDefault="00F16010" w:rsidP="00B12B54">
      <w:pPr>
        <w:spacing w:after="40" w:line="240" w:lineRule="auto"/>
        <w:ind w:firstLine="720"/>
        <w:jc w:val="both"/>
        <w:rPr>
          <w:lang w:val="ru-RU"/>
        </w:rPr>
      </w:pPr>
      <w:r w:rsidRPr="00F50F3A">
        <w:rPr>
          <w:rFonts w:eastAsia="Times New Roman"/>
          <w:lang w:val="ru-RU"/>
        </w:rPr>
        <w:lastRenderedPageBreak/>
        <w:t>Поставщик обязан указать в Карточке товара всю информацию о Товаре, в том числе его весогабаритные характеристики, информацию об изготовителе товара и другую информацию, необходимую для реализации Товара.</w:t>
      </w:r>
    </w:p>
    <w:p w:rsidR="004339DC" w:rsidRPr="00F50F3A" w:rsidRDefault="00F16010" w:rsidP="00B12B54">
      <w:pPr>
        <w:spacing w:after="40" w:line="240" w:lineRule="auto"/>
        <w:ind w:firstLine="720"/>
        <w:jc w:val="both"/>
        <w:rPr>
          <w:lang w:val="ru-RU"/>
        </w:rPr>
      </w:pPr>
      <w:r w:rsidRPr="00F50F3A">
        <w:rPr>
          <w:rFonts w:eastAsia="Times New Roman"/>
          <w:lang w:val="ru-RU"/>
        </w:rPr>
        <w:t>С 1 сентября 2026 года, если Товар подлежит обязательному подтверждению соответствия, Поставщик обязан предоставить сведения, необходимые для размещения в Карточке товара ссылки на страницу официального реестра, содержащую запись о действующем сертификате соответствия и/или декларации о соответствии. Если обязательное подтверждение соответствия Товара не требуется, Поставщик обязан указать соответствующую информацию для её наглядного размещения в Карточке товара.</w:t>
      </w:r>
    </w:p>
    <w:p w:rsidR="004339DC" w:rsidRPr="00F50F3A" w:rsidRDefault="00F16010" w:rsidP="00B12B54">
      <w:pPr>
        <w:spacing w:after="40" w:line="240" w:lineRule="auto"/>
        <w:ind w:firstLine="720"/>
        <w:jc w:val="both"/>
        <w:rPr>
          <w:lang w:val="ru-RU"/>
        </w:rPr>
      </w:pPr>
      <w:r w:rsidRPr="00F50F3A">
        <w:rPr>
          <w:rFonts w:eastAsia="Times New Roman"/>
          <w:lang w:val="ru-RU"/>
        </w:rPr>
        <w:t>Поставщик несёт ответственность за достоверность и актуальность сведений о подтверждении соответствия и обязан незамедлительно обновлять их при изменении, прекращении, приостановлении или истечении срока действия документа.</w:t>
      </w:r>
    </w:p>
    <w:p w:rsidR="004339DC" w:rsidRPr="00F50F3A" w:rsidRDefault="00F16010" w:rsidP="00B12B54">
      <w:pPr>
        <w:spacing w:after="40" w:line="240" w:lineRule="auto"/>
        <w:ind w:firstLine="720"/>
        <w:jc w:val="both"/>
        <w:rPr>
          <w:lang w:val="ru-RU"/>
        </w:rPr>
      </w:pPr>
      <w:r w:rsidRPr="00F50F3A">
        <w:rPr>
          <w:rFonts w:eastAsia="Times New Roman"/>
          <w:lang w:val="ru-RU"/>
        </w:rPr>
        <w:t>С 1 октября 2026 года, если Платформа подпадает под требования Федерального закона № 289-ФЗ как посредническая цифровая платформа, МП осуществляет предусмотренную законом проверку сведений о Поставщике и Карточке товара, включая взаимодействие с государственными информационными системами (реестрами), в порядке, установленном законодательством. Поставщик обязан предоставить необходимые сведения и содействовать такой проверке.</w:t>
      </w:r>
    </w:p>
    <w:p w:rsidR="004339DC" w:rsidRPr="00F50F3A" w:rsidRDefault="00F16010" w:rsidP="00B12B54">
      <w:pPr>
        <w:spacing w:after="40" w:line="240" w:lineRule="auto"/>
        <w:ind w:firstLine="720"/>
        <w:jc w:val="both"/>
        <w:rPr>
          <w:lang w:val="ru-RU"/>
        </w:rPr>
      </w:pPr>
      <w:r w:rsidRPr="00F50F3A">
        <w:rPr>
          <w:rFonts w:eastAsia="Times New Roman"/>
          <w:lang w:val="ru-RU"/>
        </w:rPr>
        <w:t>В случае возникновения у Клиента вопросов, касающихся свойств, характеристик, иной информации о Товаре, Поставщик обязан по запросу Клиента предоставить ему соответствующие разъяснения.</w:t>
      </w:r>
    </w:p>
    <w:p w:rsidR="004339DC" w:rsidRPr="00F50F3A" w:rsidRDefault="00F16010" w:rsidP="00B12B54">
      <w:pPr>
        <w:spacing w:before="160" w:after="80"/>
        <w:jc w:val="center"/>
        <w:rPr>
          <w:lang w:val="ru-RU"/>
        </w:rPr>
      </w:pPr>
      <w:r w:rsidRPr="00F50F3A">
        <w:rPr>
          <w:rFonts w:eastAsia="Times New Roman"/>
          <w:b/>
          <w:sz w:val="23"/>
          <w:lang w:val="ru-RU"/>
        </w:rPr>
        <w:t>ЦЕНА, СРОК ПОСТАВКИ И ИНЫЕ УСЛОВИЯ ПРОДАЖИ ТОВАРА</w:t>
      </w:r>
    </w:p>
    <w:p w:rsidR="004339DC" w:rsidRPr="00F50F3A" w:rsidRDefault="00F16010" w:rsidP="00B12B54">
      <w:pPr>
        <w:spacing w:after="40" w:line="240" w:lineRule="auto"/>
        <w:ind w:firstLine="720"/>
        <w:jc w:val="both"/>
        <w:rPr>
          <w:lang w:val="ru-RU"/>
        </w:rPr>
      </w:pPr>
      <w:r w:rsidRPr="00F50F3A">
        <w:rPr>
          <w:rFonts w:eastAsia="Times New Roman"/>
          <w:lang w:val="ru-RU"/>
        </w:rPr>
        <w:t>При создании Карточки товара Поставщик самостоятельно определяет цену на Товар и указывает её в Личном кабинете. Эта цена Товара будет являться базовой оптовой ценой Товара (далее – базовая оптовая цена). В базовую оптовую цену стоимость доставки не включается.</w:t>
      </w:r>
    </w:p>
    <w:p w:rsidR="004339DC" w:rsidRPr="00F50F3A" w:rsidRDefault="00F16010" w:rsidP="00B12B54">
      <w:pPr>
        <w:spacing w:after="40" w:line="240" w:lineRule="auto"/>
        <w:ind w:firstLine="720"/>
        <w:jc w:val="both"/>
        <w:rPr>
          <w:lang w:val="ru-RU"/>
        </w:rPr>
      </w:pPr>
      <w:r w:rsidRPr="00F50F3A">
        <w:rPr>
          <w:rFonts w:eastAsia="Times New Roman"/>
          <w:lang w:val="ru-RU"/>
        </w:rPr>
        <w:t>Базовая оптовая цена, установленная Поставщиком для конкретного Товара, должна быть не выше, чем цена на этот же Товар, реализуемый Поставщиком любыми другими способами, в том числе на других торговых площадках, а также на собственном сайте Поставщика. Поставщик самостоятельно определяет все условия продажи Товара, включая условия и сроки возврата, которые в любом случае не могут ухудшать положение Клиента по сравнению с законодательством РФ о защите прав потребителей. Информация об условиях продажи и возврата указывается Поставщиком в Карточке товара. Поставщик несет исключительную ответственность за соблюдение прав потребителей при продаже Товаров.</w:t>
      </w:r>
    </w:p>
    <w:p w:rsidR="004339DC" w:rsidRPr="00F50F3A" w:rsidRDefault="00F16010" w:rsidP="00B12B54">
      <w:pPr>
        <w:spacing w:after="40" w:line="240" w:lineRule="auto"/>
        <w:ind w:firstLine="720"/>
        <w:jc w:val="both"/>
        <w:rPr>
          <w:lang w:val="ru-RU"/>
        </w:rPr>
      </w:pPr>
      <w:r w:rsidRPr="00F50F3A">
        <w:rPr>
          <w:rFonts w:eastAsia="Times New Roman"/>
          <w:lang w:val="ru-RU"/>
        </w:rPr>
        <w:t>Информация о Заказе, оформленном Клиентом на Площадке, направляется в Личный кабинет Поставщика в течение 1 (одного) рабочего часа с момента оформления соответствующего Заказа Клиентом. В Заказе указывается перечень и количество товаров, Наименование Клиента и ФИО Получателя Заказа, Адрес доставки Заказа; желаемый срок доставки, контактные данные.</w:t>
      </w:r>
    </w:p>
    <w:p w:rsidR="004339DC" w:rsidRPr="00F50F3A" w:rsidRDefault="00F16010" w:rsidP="00B12B54">
      <w:pPr>
        <w:spacing w:after="40" w:line="240" w:lineRule="auto"/>
        <w:ind w:firstLine="720"/>
        <w:jc w:val="both"/>
        <w:rPr>
          <w:lang w:val="ru-RU"/>
        </w:rPr>
      </w:pPr>
      <w:r w:rsidRPr="00F50F3A">
        <w:rPr>
          <w:rFonts w:eastAsia="Times New Roman"/>
          <w:lang w:val="ru-RU"/>
        </w:rPr>
        <w:t>Поставщик обязан в течение 1 (одного) рабочего дня с момента получения в Личном кабинете соответствующей информации о Заказе с учетом административного часового пояса местонахождения Поставщика выполнить одно из нижеперечисленных действий:</w:t>
      </w:r>
    </w:p>
    <w:p w:rsidR="004339DC" w:rsidRPr="00F50F3A" w:rsidRDefault="00F16010" w:rsidP="00F50F3A">
      <w:pPr>
        <w:spacing w:after="40" w:line="240" w:lineRule="auto"/>
        <w:jc w:val="both"/>
        <w:rPr>
          <w:lang w:val="ru-RU"/>
        </w:rPr>
      </w:pPr>
      <w:r w:rsidRPr="00F50F3A">
        <w:rPr>
          <w:rFonts w:eastAsia="Times New Roman"/>
          <w:lang w:val="ru-RU"/>
        </w:rPr>
        <w:t>подтвердить наличие товаров из Заказа на своем складе и согласовать поставку Заказа в установленный Клиентом срок посредством перевода заказа в статус «На сборке» в личном кабинете. В этом  случае Заказ считается согласованным, а договор купли-продажи Товара между Поставщиком и Клиентом считается заключенным на условиях, согласованных Поставщиком и указанных в Карточке товара.</w:t>
      </w:r>
    </w:p>
    <w:p w:rsidR="004339DC" w:rsidRPr="00F50F3A" w:rsidRDefault="00F16010" w:rsidP="00F50F3A">
      <w:pPr>
        <w:spacing w:after="40" w:line="240" w:lineRule="auto"/>
        <w:jc w:val="both"/>
        <w:rPr>
          <w:lang w:val="ru-RU"/>
        </w:rPr>
      </w:pPr>
      <w:r w:rsidRPr="00F50F3A">
        <w:rPr>
          <w:rFonts w:eastAsia="Times New Roman"/>
          <w:lang w:val="ru-RU"/>
        </w:rPr>
        <w:t>не согласовать Заказ посредством перевода заказа в статус «Отмена» в случае отсутствия заказанных товаров на складе и/или в случае невозможности поставить Товар по другим причинам. В этом случае Заказ считается аннулированным. Поставщик обязан указать причину несогласования Заказа.</w:t>
      </w:r>
    </w:p>
    <w:p w:rsidR="004339DC" w:rsidRPr="00F50F3A" w:rsidRDefault="00F16010" w:rsidP="00F50F3A">
      <w:pPr>
        <w:spacing w:after="40" w:line="240" w:lineRule="auto"/>
        <w:jc w:val="both"/>
        <w:rPr>
          <w:lang w:val="ru-RU"/>
        </w:rPr>
      </w:pPr>
      <w:r w:rsidRPr="00F50F3A">
        <w:rPr>
          <w:rFonts w:eastAsia="Times New Roman"/>
          <w:lang w:val="ru-RU"/>
        </w:rPr>
        <w:t>обеспечить доставку Товара Клиенту в сроки, согласованные с Клиентом. Для этих целей МП предоставляет Поставщику техническую возможность использования корпоративного аккаунта МП в Сервисе доставки (СДЭК);</w:t>
      </w:r>
    </w:p>
    <w:p w:rsidR="004339DC" w:rsidRPr="00F50F3A" w:rsidRDefault="00F16010" w:rsidP="00F50F3A">
      <w:pPr>
        <w:spacing w:after="40" w:line="240" w:lineRule="auto"/>
        <w:jc w:val="both"/>
        <w:rPr>
          <w:lang w:val="ru-RU"/>
        </w:rPr>
      </w:pPr>
      <w:r w:rsidRPr="00F50F3A">
        <w:rPr>
          <w:rFonts w:eastAsia="Times New Roman"/>
          <w:lang w:val="ru-RU"/>
        </w:rPr>
        <w:t xml:space="preserve">- Поставщик самостоятельно выбирает ПВЗ Сервиса доставки, передает Товар в ПВЗ и оформляет отправление с использованием </w:t>
      </w:r>
      <w:proofErr w:type="gramStart"/>
      <w:r w:rsidRPr="00F50F3A">
        <w:rPr>
          <w:rFonts w:eastAsia="Times New Roman"/>
          <w:lang w:val="ru-RU"/>
        </w:rPr>
        <w:t>трек-номера</w:t>
      </w:r>
      <w:proofErr w:type="gramEnd"/>
      <w:r w:rsidRPr="00F50F3A">
        <w:rPr>
          <w:rFonts w:eastAsia="Times New Roman"/>
          <w:lang w:val="ru-RU"/>
        </w:rPr>
        <w:t>, сгенерированного через Личный кабинет МП;</w:t>
      </w:r>
    </w:p>
    <w:p w:rsidR="004339DC" w:rsidRPr="00F50F3A" w:rsidRDefault="00F16010" w:rsidP="00F50F3A">
      <w:pPr>
        <w:spacing w:after="40" w:line="240" w:lineRule="auto"/>
        <w:jc w:val="both"/>
        <w:rPr>
          <w:lang w:val="ru-RU"/>
        </w:rPr>
      </w:pPr>
      <w:r w:rsidRPr="00F50F3A">
        <w:rPr>
          <w:rFonts w:eastAsia="Times New Roman"/>
          <w:lang w:val="ru-RU"/>
        </w:rPr>
        <w:t>- Поставщик обязуется соблюдать правила приема, упаковки и передачи грузов, установленные Сервисом доставки. МП не проверяет содержимое и качество упаковки передаваемого Поставщиком Товара и не несет ответственности за нарушения, допущенные Поставщиком при передаче Товара в ПВЗ;</w:t>
      </w:r>
    </w:p>
    <w:p w:rsidR="004339DC" w:rsidRPr="00F50F3A" w:rsidRDefault="00F16010" w:rsidP="00F50F3A">
      <w:pPr>
        <w:spacing w:after="40" w:line="240" w:lineRule="auto"/>
        <w:jc w:val="both"/>
        <w:rPr>
          <w:lang w:val="ru-RU"/>
        </w:rPr>
      </w:pPr>
      <w:r w:rsidRPr="00F50F3A">
        <w:rPr>
          <w:rFonts w:eastAsia="Times New Roman"/>
          <w:lang w:val="ru-RU"/>
        </w:rPr>
        <w:t>- Стоимость услуг Сервиса доставки удерживается МП из сумм, причитающихся Поставщику за Товар, если иное не согласовано Сторонами в Тарифах.</w:t>
      </w:r>
    </w:p>
    <w:p w:rsidR="004339DC" w:rsidRPr="00F50F3A" w:rsidRDefault="00F16010" w:rsidP="00E84BFC">
      <w:pPr>
        <w:spacing w:after="40" w:line="240" w:lineRule="auto"/>
        <w:ind w:firstLine="720"/>
        <w:jc w:val="both"/>
        <w:rPr>
          <w:lang w:val="ru-RU"/>
        </w:rPr>
      </w:pPr>
      <w:proofErr w:type="gramStart"/>
      <w:r w:rsidRPr="00F50F3A">
        <w:rPr>
          <w:rFonts w:eastAsia="Times New Roman"/>
          <w:lang w:val="ru-RU"/>
        </w:rPr>
        <w:lastRenderedPageBreak/>
        <w:t>МП</w:t>
      </w:r>
      <w:proofErr w:type="gramEnd"/>
      <w:r w:rsidRPr="00F50F3A">
        <w:rPr>
          <w:rFonts w:eastAsia="Times New Roman"/>
          <w:lang w:val="ru-RU"/>
        </w:rPr>
        <w:t xml:space="preserve"> ни при </w:t>
      </w:r>
      <w:proofErr w:type="gramStart"/>
      <w:r w:rsidRPr="00F50F3A">
        <w:rPr>
          <w:rFonts w:eastAsia="Times New Roman"/>
          <w:lang w:val="ru-RU"/>
        </w:rPr>
        <w:t>каких</w:t>
      </w:r>
      <w:proofErr w:type="gramEnd"/>
      <w:r w:rsidRPr="00F50F3A">
        <w:rPr>
          <w:rFonts w:eastAsia="Times New Roman"/>
          <w:lang w:val="ru-RU"/>
        </w:rPr>
        <w:t xml:space="preserve"> обстоятельствах не принимает Товар на свои склады, не принимает на себя право распоряжения Товаром, не отвечает за поставку Товара Клиентам. Поставка Товара осуществляется со склада Поставщика по адресу, указанному Клиентом при оформлении заказа на Платформе.</w:t>
      </w:r>
    </w:p>
    <w:p w:rsidR="004339DC" w:rsidRPr="00F50F3A" w:rsidRDefault="00F16010" w:rsidP="00E84BFC">
      <w:pPr>
        <w:spacing w:after="40" w:line="240" w:lineRule="auto"/>
        <w:ind w:firstLine="720"/>
        <w:jc w:val="both"/>
        <w:rPr>
          <w:lang w:val="ru-RU"/>
        </w:rPr>
      </w:pPr>
      <w:r w:rsidRPr="00F50F3A">
        <w:rPr>
          <w:rFonts w:eastAsia="Times New Roman"/>
          <w:lang w:val="ru-RU"/>
        </w:rPr>
        <w:t>Независимо от иных прав Клиента, включая право отказаться от дистанционно приобретаемого товара до его передачи, в случае нарушения Поставщиком и/или привлечёнными им третьими лицами согласованного срока доставки более чем на 14 календарных дней Клиент вправе отказаться от Заказа и воспользоваться иными правами, предусмотренными законодательством.</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В течение 1 (одного) рабочего дня </w:t>
      </w:r>
      <w:proofErr w:type="gramStart"/>
      <w:r w:rsidRPr="00F50F3A">
        <w:rPr>
          <w:rFonts w:eastAsia="Times New Roman"/>
          <w:lang w:val="ru-RU"/>
        </w:rPr>
        <w:t>с даты передачи</w:t>
      </w:r>
      <w:proofErr w:type="gramEnd"/>
      <w:r w:rsidRPr="00F50F3A">
        <w:rPr>
          <w:rFonts w:eastAsia="Times New Roman"/>
          <w:lang w:val="ru-RU"/>
        </w:rPr>
        <w:t xml:space="preserve"> Товара в ПВЗ Сервиса доставки Поставщик обязан направить </w:t>
      </w:r>
      <w:proofErr w:type="spellStart"/>
      <w:r w:rsidRPr="00F50F3A">
        <w:rPr>
          <w:rFonts w:eastAsia="Times New Roman"/>
          <w:lang w:val="ru-RU"/>
        </w:rPr>
        <w:t>Маркетплейсу</w:t>
      </w:r>
      <w:proofErr w:type="spellEnd"/>
      <w:r w:rsidRPr="00F50F3A">
        <w:rPr>
          <w:rFonts w:eastAsia="Times New Roman"/>
          <w:lang w:val="ru-RU"/>
        </w:rPr>
        <w:t xml:space="preserve"> по ЭДО универсальный передаточный документ (УПД), датированный датой отгрузки товара.</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При передаче Товара Клиенту Курьерская служба (компания </w:t>
      </w:r>
      <w:proofErr w:type="spellStart"/>
      <w:r>
        <w:rPr>
          <w:rFonts w:eastAsia="Times New Roman"/>
        </w:rPr>
        <w:t>cdek</w:t>
      </w:r>
      <w:proofErr w:type="spellEnd"/>
      <w:r w:rsidRPr="00F50F3A">
        <w:rPr>
          <w:rFonts w:eastAsia="Times New Roman"/>
          <w:lang w:val="ru-RU"/>
        </w:rPr>
        <w:t xml:space="preserve"> или иная транспортная компания) подписывает с Клиентом Документ, подтверждающий поставку по форме, установленной Сервисом доставки или Поставщиком</w:t>
      </w:r>
    </w:p>
    <w:p w:rsidR="004339DC" w:rsidRPr="00F50F3A" w:rsidRDefault="00F16010" w:rsidP="00E84BFC">
      <w:pPr>
        <w:spacing w:after="40" w:line="240" w:lineRule="auto"/>
        <w:ind w:firstLine="720"/>
        <w:jc w:val="both"/>
        <w:rPr>
          <w:lang w:val="ru-RU"/>
        </w:rPr>
      </w:pPr>
      <w:r w:rsidRPr="00F50F3A">
        <w:rPr>
          <w:rFonts w:eastAsia="Times New Roman"/>
          <w:lang w:val="ru-RU"/>
        </w:rPr>
        <w:t>Датой исполнения Поставщиком обязанности по поставке Товара Клиенту и датой поставки Товара считается дата, указанная Клиентом при подписании ДПП.</w:t>
      </w:r>
    </w:p>
    <w:p w:rsidR="004339DC" w:rsidRPr="00F50F3A" w:rsidRDefault="00F16010" w:rsidP="00E84BFC">
      <w:pPr>
        <w:spacing w:after="40" w:line="240" w:lineRule="auto"/>
        <w:ind w:firstLine="720"/>
        <w:jc w:val="both"/>
        <w:rPr>
          <w:lang w:val="ru-RU"/>
        </w:rPr>
      </w:pPr>
      <w:r w:rsidRPr="00F50F3A">
        <w:rPr>
          <w:rFonts w:eastAsia="Times New Roman"/>
          <w:lang w:val="ru-RU"/>
        </w:rPr>
        <w:t>Курьерская служба обязана передать Клиенту товар только в случае наличия у Клиента документа, подтверждающего его полномочия на получение товара от Поставщика.</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Право собственности, риск случайной гибели или случайного повреждения Товара переходит от Поставщика (Курьерской службы) к Клиенту </w:t>
      </w:r>
      <w:proofErr w:type="gramStart"/>
      <w:r w:rsidRPr="00F50F3A">
        <w:rPr>
          <w:rFonts w:eastAsia="Times New Roman"/>
          <w:lang w:val="ru-RU"/>
        </w:rPr>
        <w:t>с даты поставки</w:t>
      </w:r>
      <w:proofErr w:type="gramEnd"/>
      <w:r w:rsidRPr="00F50F3A">
        <w:rPr>
          <w:rFonts w:eastAsia="Times New Roman"/>
          <w:lang w:val="ru-RU"/>
        </w:rPr>
        <w:t xml:space="preserve"> Товара. Поставщик обязан прислать МП по ЭДО скан подписанного Клиентом ДПП в течение 10 дней от даты поставки.</w:t>
      </w:r>
    </w:p>
    <w:p w:rsidR="004339DC" w:rsidRPr="00F50F3A" w:rsidRDefault="00F16010" w:rsidP="00E84BFC">
      <w:pPr>
        <w:spacing w:before="160" w:after="80"/>
        <w:jc w:val="center"/>
        <w:rPr>
          <w:lang w:val="ru-RU"/>
        </w:rPr>
      </w:pPr>
      <w:r w:rsidRPr="00F50F3A">
        <w:rPr>
          <w:rFonts w:eastAsia="Times New Roman"/>
          <w:b/>
          <w:sz w:val="23"/>
          <w:lang w:val="ru-RU"/>
        </w:rPr>
        <w:t>УСЛУГИ МП И ИХ СТОИМОСТЬ</w:t>
      </w:r>
    </w:p>
    <w:p w:rsidR="004339DC" w:rsidRPr="00F50F3A" w:rsidRDefault="00F16010" w:rsidP="00E84BFC">
      <w:pPr>
        <w:spacing w:after="40" w:line="240" w:lineRule="auto"/>
        <w:ind w:firstLine="720"/>
        <w:jc w:val="both"/>
        <w:rPr>
          <w:lang w:val="ru-RU"/>
        </w:rPr>
      </w:pPr>
      <w:r w:rsidRPr="00F50F3A">
        <w:rPr>
          <w:rFonts w:eastAsia="Times New Roman"/>
          <w:lang w:val="ru-RU"/>
        </w:rPr>
        <w:t>Размер вознаграждения МП за агентские услуги (далее также Агентское вознаграждение), оказанные по Договору, а также за иные услуги (в случае их оказания) определяется соответствующим Приложением.</w:t>
      </w:r>
    </w:p>
    <w:p w:rsidR="004339DC" w:rsidRPr="00F50F3A" w:rsidRDefault="00F16010" w:rsidP="00E84BFC">
      <w:pPr>
        <w:spacing w:before="160" w:after="80"/>
        <w:jc w:val="center"/>
        <w:rPr>
          <w:lang w:val="ru-RU"/>
        </w:rPr>
      </w:pPr>
      <w:r w:rsidRPr="00F50F3A">
        <w:rPr>
          <w:rFonts w:eastAsia="Times New Roman"/>
          <w:b/>
          <w:sz w:val="23"/>
          <w:lang w:val="ru-RU"/>
        </w:rPr>
        <w:t>ОТЧЁТНЫЕ ДОКУМЕНТЫ</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МП не позднее 3 (Трех) рабочих дней </w:t>
      </w:r>
      <w:proofErr w:type="gramStart"/>
      <w:r w:rsidRPr="00F50F3A">
        <w:rPr>
          <w:rFonts w:eastAsia="Times New Roman"/>
          <w:lang w:val="ru-RU"/>
        </w:rPr>
        <w:t>с даты окончания</w:t>
      </w:r>
      <w:proofErr w:type="gramEnd"/>
      <w:r w:rsidRPr="00F50F3A">
        <w:rPr>
          <w:rFonts w:eastAsia="Times New Roman"/>
          <w:lang w:val="ru-RU"/>
        </w:rPr>
        <w:t xml:space="preserve"> каждого отчётного периода направляет Поставщику  по ЭДО следующие документы (Отчётные документы) по результатам оказания Услуг:</w:t>
      </w:r>
    </w:p>
    <w:p w:rsidR="004339DC" w:rsidRPr="00F50F3A" w:rsidRDefault="00F16010" w:rsidP="00F50F3A">
      <w:pPr>
        <w:spacing w:after="40" w:line="240" w:lineRule="auto"/>
        <w:jc w:val="both"/>
        <w:rPr>
          <w:lang w:val="ru-RU"/>
        </w:rPr>
      </w:pPr>
      <w:r w:rsidRPr="00F50F3A">
        <w:rPr>
          <w:rFonts w:eastAsia="Times New Roman"/>
          <w:lang w:val="ru-RU"/>
        </w:rPr>
        <w:t>(а) отчёт агента;</w:t>
      </w:r>
    </w:p>
    <w:p w:rsidR="004339DC" w:rsidRPr="00F50F3A" w:rsidRDefault="00F16010" w:rsidP="00F50F3A">
      <w:pPr>
        <w:spacing w:after="40" w:line="240" w:lineRule="auto"/>
        <w:jc w:val="both"/>
        <w:rPr>
          <w:lang w:val="ru-RU"/>
        </w:rPr>
      </w:pPr>
      <w:r w:rsidRPr="00F50F3A">
        <w:rPr>
          <w:rFonts w:eastAsia="Times New Roman"/>
          <w:lang w:val="ru-RU"/>
        </w:rPr>
        <w:t>(б) УПД на Агентское вознаграждение;</w:t>
      </w:r>
    </w:p>
    <w:p w:rsidR="004339DC" w:rsidRPr="00F50F3A" w:rsidRDefault="00F16010" w:rsidP="00F50F3A">
      <w:pPr>
        <w:spacing w:after="40" w:line="240" w:lineRule="auto"/>
        <w:jc w:val="both"/>
        <w:rPr>
          <w:lang w:val="ru-RU"/>
        </w:rPr>
      </w:pPr>
      <w:r w:rsidRPr="00F50F3A">
        <w:rPr>
          <w:rFonts w:eastAsia="Times New Roman"/>
          <w:lang w:val="ru-RU"/>
        </w:rPr>
        <w:t>(в) УПД, по дополнительным (иным) услугам МП, стоимость которых не входит в Агентское вознаграждение, если такие услуги были оказаны по соответствующему Приложению;</w:t>
      </w:r>
    </w:p>
    <w:p w:rsidR="004339DC" w:rsidRPr="00F50F3A" w:rsidRDefault="00F16010" w:rsidP="00F50F3A">
      <w:pPr>
        <w:spacing w:after="40" w:line="240" w:lineRule="auto"/>
        <w:jc w:val="both"/>
        <w:rPr>
          <w:lang w:val="ru-RU"/>
        </w:rPr>
      </w:pPr>
      <w:r w:rsidRPr="00F50F3A">
        <w:rPr>
          <w:rFonts w:eastAsia="Times New Roman"/>
          <w:lang w:val="ru-RU"/>
        </w:rPr>
        <w:t>(г) Уведомление об одностороннем зачете.</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МП вправе </w:t>
      </w:r>
      <w:proofErr w:type="gramStart"/>
      <w:r w:rsidRPr="00F50F3A">
        <w:rPr>
          <w:rFonts w:eastAsia="Times New Roman"/>
          <w:lang w:val="ru-RU"/>
        </w:rPr>
        <w:t>предоставить Поставщику иные документы</w:t>
      </w:r>
      <w:proofErr w:type="gramEnd"/>
      <w:r w:rsidRPr="00F50F3A">
        <w:rPr>
          <w:rFonts w:eastAsia="Times New Roman"/>
          <w:lang w:val="ru-RU"/>
        </w:rPr>
        <w:t xml:space="preserve"> по согласованию сторон. Отчётным периодом является календарный месяц — с первого по последнее календарное число соответствующего месяца.</w:t>
      </w:r>
    </w:p>
    <w:p w:rsidR="004339DC" w:rsidRPr="00F50F3A" w:rsidRDefault="00F16010" w:rsidP="00E84BFC">
      <w:pPr>
        <w:spacing w:after="40" w:line="240" w:lineRule="auto"/>
        <w:ind w:firstLine="720"/>
        <w:jc w:val="both"/>
        <w:rPr>
          <w:lang w:val="ru-RU"/>
        </w:rPr>
      </w:pPr>
      <w:r w:rsidRPr="00F50F3A">
        <w:rPr>
          <w:rFonts w:eastAsia="Times New Roman"/>
          <w:lang w:val="ru-RU"/>
        </w:rPr>
        <w:t>В отчет агента попадают все заказы, поставленные клиенту в отчетный период.</w:t>
      </w:r>
    </w:p>
    <w:p w:rsidR="004339DC" w:rsidRPr="00F50F3A" w:rsidRDefault="00F16010" w:rsidP="00E84BFC">
      <w:pPr>
        <w:spacing w:after="40" w:line="240" w:lineRule="auto"/>
        <w:ind w:firstLine="720"/>
        <w:jc w:val="both"/>
        <w:rPr>
          <w:lang w:val="ru-RU"/>
        </w:rPr>
      </w:pPr>
      <w:r w:rsidRPr="00F50F3A">
        <w:rPr>
          <w:rFonts w:eastAsia="Times New Roman"/>
          <w:lang w:val="ru-RU"/>
        </w:rPr>
        <w:t>С 1 октября 2026 года, если к Платформе применяется Федеральный закон № 289-ФЗ, МП не реже одного раза в месяц актуализирует документы по взаиморасчётам и по требованию Поставщика предоставляет акт сверки и связанные документы в течение 7 рабочих дней в порядке, предусмотренном законом и функционалом Личного кабинета.</w:t>
      </w:r>
    </w:p>
    <w:p w:rsidR="004339DC" w:rsidRPr="00F50F3A" w:rsidRDefault="00F16010" w:rsidP="00E84BFC">
      <w:pPr>
        <w:spacing w:after="40" w:line="240" w:lineRule="auto"/>
        <w:ind w:firstLine="720"/>
        <w:jc w:val="both"/>
        <w:rPr>
          <w:lang w:val="ru-RU"/>
        </w:rPr>
      </w:pPr>
      <w:r w:rsidRPr="00F50F3A">
        <w:rPr>
          <w:rFonts w:eastAsia="Times New Roman"/>
          <w:lang w:val="ru-RU"/>
        </w:rPr>
        <w:t>Подписание и обмен юридически значимыми документами осуществляется сторонами только посредством электронного документооборота (ЭДО) на условиях, установленных в Соглашении об ЭДО (Приложении № 1).</w:t>
      </w:r>
    </w:p>
    <w:p w:rsidR="004339DC" w:rsidRPr="00F50F3A" w:rsidRDefault="00F16010" w:rsidP="00E84BFC">
      <w:pPr>
        <w:spacing w:after="40" w:line="240" w:lineRule="auto"/>
        <w:ind w:firstLine="720"/>
        <w:jc w:val="both"/>
        <w:rPr>
          <w:lang w:val="ru-RU"/>
        </w:rPr>
      </w:pPr>
      <w:r w:rsidRPr="00F50F3A">
        <w:rPr>
          <w:rFonts w:eastAsia="Times New Roman"/>
          <w:lang w:val="ru-RU"/>
        </w:rPr>
        <w:t>Если МП направляет Поставщику Отчетные документы в порядке, предусмотренном Договором, то Поставщик в течение 5 (пяти) рабочих дней с их получения обязан:</w:t>
      </w:r>
    </w:p>
    <w:p w:rsidR="004339DC" w:rsidRPr="00F50F3A" w:rsidRDefault="00F16010" w:rsidP="00F50F3A">
      <w:pPr>
        <w:spacing w:after="40" w:line="240" w:lineRule="auto"/>
        <w:jc w:val="both"/>
        <w:rPr>
          <w:lang w:val="ru-RU"/>
        </w:rPr>
      </w:pPr>
      <w:r w:rsidRPr="00F50F3A">
        <w:rPr>
          <w:rFonts w:eastAsia="Times New Roman"/>
          <w:lang w:val="ru-RU"/>
        </w:rPr>
        <w:t xml:space="preserve">(а) при отсутствии разногласий – подписать документы со своей стороны и направить </w:t>
      </w:r>
      <w:proofErr w:type="spellStart"/>
      <w:r w:rsidRPr="00F50F3A">
        <w:rPr>
          <w:rFonts w:eastAsia="Times New Roman"/>
          <w:lang w:val="ru-RU"/>
        </w:rPr>
        <w:t>Маркетплейсу</w:t>
      </w:r>
      <w:proofErr w:type="spellEnd"/>
      <w:r w:rsidRPr="00F50F3A">
        <w:rPr>
          <w:rFonts w:eastAsia="Times New Roman"/>
          <w:lang w:val="ru-RU"/>
        </w:rPr>
        <w:t>; либо</w:t>
      </w:r>
    </w:p>
    <w:p w:rsidR="004339DC" w:rsidRPr="00F50F3A" w:rsidRDefault="00F16010" w:rsidP="00F50F3A">
      <w:pPr>
        <w:spacing w:after="40" w:line="240" w:lineRule="auto"/>
        <w:jc w:val="both"/>
        <w:rPr>
          <w:lang w:val="ru-RU"/>
        </w:rPr>
      </w:pPr>
      <w:r w:rsidRPr="00F50F3A">
        <w:rPr>
          <w:rFonts w:eastAsia="Times New Roman"/>
          <w:lang w:val="ru-RU"/>
        </w:rPr>
        <w:t xml:space="preserve">(б) при наличии разногласий – направить </w:t>
      </w:r>
      <w:proofErr w:type="spellStart"/>
      <w:r w:rsidRPr="00F50F3A">
        <w:rPr>
          <w:rFonts w:eastAsia="Times New Roman"/>
          <w:lang w:val="ru-RU"/>
        </w:rPr>
        <w:t>Маркетплейсу</w:t>
      </w:r>
      <w:proofErr w:type="spellEnd"/>
      <w:r w:rsidRPr="00F50F3A">
        <w:rPr>
          <w:rFonts w:eastAsia="Times New Roman"/>
          <w:lang w:val="ru-RU"/>
        </w:rPr>
        <w:t xml:space="preserve"> мотивированный отказ от подписания Отчетных документов </w:t>
      </w:r>
      <w:r>
        <w:rPr>
          <w:rFonts w:eastAsia="Times New Roman"/>
        </w:rPr>
        <w:t>c</w:t>
      </w:r>
      <w:r w:rsidRPr="00F50F3A">
        <w:rPr>
          <w:rFonts w:eastAsia="Times New Roman"/>
          <w:lang w:val="ru-RU"/>
        </w:rPr>
        <w:t xml:space="preserve"> подробным описанием расхождений. Получив должным образом составленный мотивированный отказ, МП в случае согласия с ним вносит принятые правки и направляет Поставщику изменённые документы, а Поставщик обязан их подписать.</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Если Поставщик в установленный срок не подписал отчетные документы и не направил их </w:t>
      </w:r>
      <w:proofErr w:type="spellStart"/>
      <w:r w:rsidRPr="00F50F3A">
        <w:rPr>
          <w:rFonts w:eastAsia="Times New Roman"/>
          <w:lang w:val="ru-RU"/>
        </w:rPr>
        <w:t>Маркетплейсу</w:t>
      </w:r>
      <w:proofErr w:type="spellEnd"/>
      <w:r w:rsidRPr="00F50F3A">
        <w:rPr>
          <w:rFonts w:eastAsia="Times New Roman"/>
          <w:lang w:val="ru-RU"/>
        </w:rPr>
        <w:t xml:space="preserve">, то документы, подписанные </w:t>
      </w:r>
      <w:proofErr w:type="spellStart"/>
      <w:r w:rsidRPr="00F50F3A">
        <w:rPr>
          <w:rFonts w:eastAsia="Times New Roman"/>
          <w:lang w:val="ru-RU"/>
        </w:rPr>
        <w:t>Маркетплейсом</w:t>
      </w:r>
      <w:proofErr w:type="spellEnd"/>
      <w:r w:rsidRPr="00F50F3A">
        <w:rPr>
          <w:rFonts w:eastAsia="Times New Roman"/>
          <w:lang w:val="ru-RU"/>
        </w:rPr>
        <w:t xml:space="preserve"> в одностороннем порядке, считаются:</w:t>
      </w:r>
    </w:p>
    <w:p w:rsidR="004339DC" w:rsidRPr="00F50F3A" w:rsidRDefault="00F16010" w:rsidP="00F50F3A">
      <w:pPr>
        <w:spacing w:after="40" w:line="240" w:lineRule="auto"/>
        <w:jc w:val="both"/>
        <w:rPr>
          <w:lang w:val="ru-RU"/>
        </w:rPr>
      </w:pPr>
      <w:proofErr w:type="gramStart"/>
      <w:r w:rsidRPr="00F50F3A">
        <w:rPr>
          <w:rFonts w:eastAsia="Times New Roman"/>
          <w:lang w:val="ru-RU"/>
        </w:rPr>
        <w:lastRenderedPageBreak/>
        <w:t>(а) должным образом подписанными сторонами, а указанные в них положения – должным образом согласованными и принятыми Поставщиком в указанном в них объёме (при этом датой согласования документа будет последний день срока, предусмотренного для обратной связи от Поставщика); а также</w:t>
      </w:r>
      <w:proofErr w:type="gramEnd"/>
    </w:p>
    <w:p w:rsidR="004339DC" w:rsidRPr="00F50F3A" w:rsidRDefault="00F16010" w:rsidP="00F50F3A">
      <w:pPr>
        <w:spacing w:after="40" w:line="240" w:lineRule="auto"/>
        <w:jc w:val="both"/>
        <w:rPr>
          <w:lang w:val="ru-RU"/>
        </w:rPr>
      </w:pPr>
      <w:r w:rsidRPr="00F50F3A">
        <w:rPr>
          <w:rFonts w:eastAsia="Times New Roman"/>
          <w:lang w:val="ru-RU"/>
        </w:rPr>
        <w:t>(б) должным подтверждением согласования Поставщиком всех сумм и иных указанных в них условий и должным основанием для оплаты.</w:t>
      </w:r>
    </w:p>
    <w:p w:rsidR="004339DC" w:rsidRPr="00F50F3A" w:rsidRDefault="00F16010" w:rsidP="00E84BFC">
      <w:pPr>
        <w:spacing w:before="160" w:after="80"/>
        <w:jc w:val="center"/>
        <w:rPr>
          <w:lang w:val="ru-RU"/>
        </w:rPr>
      </w:pPr>
      <w:r w:rsidRPr="00F50F3A">
        <w:rPr>
          <w:rFonts w:eastAsia="Times New Roman"/>
          <w:b/>
          <w:sz w:val="23"/>
          <w:lang w:val="ru-RU"/>
        </w:rPr>
        <w:t>ОПЛАТА УСЛУГ И ПОРЯДОК ВЗАИМОРАСЧЁТОВ</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МП перечисляет денежные средства за поставленные Клиенту Товары в течение срока, указанного в п. </w:t>
      </w:r>
      <w:r w:rsidR="00E84BFC">
        <w:rPr>
          <w:rFonts w:eastAsia="Times New Roman"/>
          <w:lang w:val="ru-RU"/>
        </w:rPr>
        <w:t xml:space="preserve">«а» настоящего раздела </w:t>
      </w:r>
      <w:r w:rsidRPr="00F50F3A">
        <w:rPr>
          <w:rFonts w:eastAsia="Times New Roman"/>
          <w:lang w:val="ru-RU"/>
        </w:rPr>
        <w:t xml:space="preserve">Договора (за вычетом сумм, причитающихся </w:t>
      </w:r>
      <w:proofErr w:type="spellStart"/>
      <w:r w:rsidRPr="00F50F3A">
        <w:rPr>
          <w:rFonts w:eastAsia="Times New Roman"/>
          <w:lang w:val="ru-RU"/>
        </w:rPr>
        <w:t>Маркетплейсу</w:t>
      </w:r>
      <w:proofErr w:type="spellEnd"/>
      <w:r w:rsidRPr="00F50F3A">
        <w:rPr>
          <w:rFonts w:eastAsia="Times New Roman"/>
          <w:lang w:val="ru-RU"/>
        </w:rPr>
        <w:t>) на банковский счёт Поставщика, при условии поступления денежных средств от Клиента за данные Товары в течение указанного в настоящем пункте срока.</w:t>
      </w:r>
    </w:p>
    <w:p w:rsidR="004339DC" w:rsidRPr="00F50F3A" w:rsidRDefault="00F16010" w:rsidP="00E84BFC">
      <w:pPr>
        <w:spacing w:after="40" w:line="240" w:lineRule="auto"/>
        <w:ind w:firstLine="720"/>
        <w:jc w:val="both"/>
        <w:rPr>
          <w:lang w:val="ru-RU"/>
        </w:rPr>
      </w:pPr>
      <w:r w:rsidRPr="00F50F3A">
        <w:rPr>
          <w:rFonts w:eastAsia="Times New Roman"/>
          <w:lang w:val="ru-RU"/>
        </w:rPr>
        <w:t xml:space="preserve">Если Клиент не оплатил поставленный Товар в течение указанного в п. </w:t>
      </w:r>
      <w:r w:rsidR="00E84BFC">
        <w:rPr>
          <w:rFonts w:eastAsia="Times New Roman"/>
          <w:lang w:val="ru-RU"/>
        </w:rPr>
        <w:t>«а» настоящего раздела</w:t>
      </w:r>
      <w:r w:rsidRPr="00F50F3A">
        <w:rPr>
          <w:rFonts w:eastAsia="Times New Roman"/>
          <w:lang w:val="ru-RU"/>
        </w:rPr>
        <w:t xml:space="preserve">. Договора срока, то МП перечисляет Поставщику денежные средства за этот Товар (за вычетом сумм, причитающихся </w:t>
      </w:r>
      <w:proofErr w:type="spellStart"/>
      <w:r w:rsidRPr="00F50F3A">
        <w:rPr>
          <w:rFonts w:eastAsia="Times New Roman"/>
          <w:lang w:val="ru-RU"/>
        </w:rPr>
        <w:t>Маркетплейсу</w:t>
      </w:r>
      <w:proofErr w:type="spellEnd"/>
      <w:r w:rsidRPr="00F50F3A">
        <w:rPr>
          <w:rFonts w:eastAsia="Times New Roman"/>
          <w:lang w:val="ru-RU"/>
        </w:rPr>
        <w:t xml:space="preserve">) в течение 5 рабочих дней </w:t>
      </w:r>
      <w:proofErr w:type="gramStart"/>
      <w:r w:rsidRPr="00F50F3A">
        <w:rPr>
          <w:rFonts w:eastAsia="Times New Roman"/>
          <w:lang w:val="ru-RU"/>
        </w:rPr>
        <w:t>с даты поступления</w:t>
      </w:r>
      <w:proofErr w:type="gramEnd"/>
      <w:r w:rsidRPr="00F50F3A">
        <w:rPr>
          <w:rFonts w:eastAsia="Times New Roman"/>
          <w:lang w:val="ru-RU"/>
        </w:rPr>
        <w:t xml:space="preserve"> оплаты от Клиента.</w:t>
      </w:r>
    </w:p>
    <w:p w:rsidR="009C2B2A" w:rsidRDefault="00F16010" w:rsidP="009C2B2A">
      <w:pPr>
        <w:spacing w:after="40" w:line="240" w:lineRule="auto"/>
        <w:ind w:firstLine="720"/>
        <w:jc w:val="both"/>
        <w:rPr>
          <w:lang w:val="ru-RU"/>
        </w:rPr>
      </w:pPr>
      <w:r w:rsidRPr="00F50F3A">
        <w:rPr>
          <w:rFonts w:eastAsia="Times New Roman"/>
          <w:lang w:val="ru-RU"/>
        </w:rPr>
        <w:t xml:space="preserve">В любом случае МП перечисляет Поставщику денежные средства не ранее, чем они будут получены </w:t>
      </w:r>
      <w:proofErr w:type="spellStart"/>
      <w:r w:rsidRPr="00F50F3A">
        <w:rPr>
          <w:rFonts w:eastAsia="Times New Roman"/>
          <w:lang w:val="ru-RU"/>
        </w:rPr>
        <w:t>Маркетплейсом</w:t>
      </w:r>
      <w:proofErr w:type="spellEnd"/>
      <w:r w:rsidRPr="00F50F3A">
        <w:rPr>
          <w:rFonts w:eastAsia="Times New Roman"/>
          <w:lang w:val="ru-RU"/>
        </w:rPr>
        <w:t xml:space="preserve"> от Клиента за соответствующий Товар.</w:t>
      </w:r>
    </w:p>
    <w:p w:rsidR="004339DC" w:rsidRPr="00F50F3A" w:rsidRDefault="009C2B2A" w:rsidP="009C2B2A">
      <w:pPr>
        <w:spacing w:after="40" w:line="240" w:lineRule="auto"/>
        <w:ind w:firstLine="720"/>
        <w:jc w:val="both"/>
        <w:rPr>
          <w:lang w:val="ru-RU"/>
        </w:rPr>
      </w:pPr>
      <w:r>
        <w:rPr>
          <w:lang w:val="ru-RU"/>
        </w:rPr>
        <w:t xml:space="preserve">а) </w:t>
      </w:r>
      <w:r w:rsidR="00F16010" w:rsidRPr="00F50F3A">
        <w:rPr>
          <w:rFonts w:eastAsia="Times New Roman"/>
          <w:lang w:val="ru-RU"/>
        </w:rPr>
        <w:t xml:space="preserve">МП перечисляет Поставщику денежные средства за Товар по истечении 14 (Четырнадцати) календарных дней </w:t>
      </w:r>
      <w:proofErr w:type="gramStart"/>
      <w:r w:rsidR="00F16010" w:rsidRPr="00F50F3A">
        <w:rPr>
          <w:rFonts w:eastAsia="Times New Roman"/>
          <w:lang w:val="ru-RU"/>
        </w:rPr>
        <w:t>с даты получения</w:t>
      </w:r>
      <w:proofErr w:type="gramEnd"/>
      <w:r w:rsidR="00F16010" w:rsidRPr="00F50F3A">
        <w:rPr>
          <w:rFonts w:eastAsia="Times New Roman"/>
          <w:lang w:val="ru-RU"/>
        </w:rPr>
        <w:t xml:space="preserve"> МП подтверждения от Поставщика и/или уполномоченной Поставщиком Курьерской службы о передаче Товара Клиенту.</w:t>
      </w:r>
    </w:p>
    <w:p w:rsidR="004339DC" w:rsidRPr="00F50F3A" w:rsidRDefault="00F16010" w:rsidP="009C2B2A">
      <w:pPr>
        <w:spacing w:after="40" w:line="240" w:lineRule="auto"/>
        <w:ind w:firstLine="720"/>
        <w:jc w:val="both"/>
        <w:rPr>
          <w:lang w:val="ru-RU"/>
        </w:rPr>
      </w:pPr>
      <w:r w:rsidRPr="00F50F3A">
        <w:rPr>
          <w:rFonts w:eastAsia="Times New Roman"/>
          <w:lang w:val="ru-RU"/>
        </w:rPr>
        <w:t>Стороны договорились, что указанный 14-дневный срок является договорной отсрочкой исполнения поручения по перечислению средств и применяется исключительно к взаиморасчётам между МП и Поставщиком. Он не является установленным законом сроком возврата товара Клиентом и не ограничивает предусмотренные законодательством права Клиента.</w:t>
      </w:r>
    </w:p>
    <w:p w:rsidR="004339DC" w:rsidRPr="00F50F3A" w:rsidRDefault="00F16010" w:rsidP="009C2B2A">
      <w:pPr>
        <w:spacing w:after="40" w:line="240" w:lineRule="auto"/>
        <w:ind w:firstLine="720"/>
        <w:jc w:val="both"/>
        <w:rPr>
          <w:lang w:val="ru-RU"/>
        </w:rPr>
      </w:pPr>
      <w:r w:rsidRPr="00F50F3A">
        <w:rPr>
          <w:rFonts w:eastAsia="Times New Roman"/>
          <w:lang w:val="ru-RU"/>
        </w:rPr>
        <w:t xml:space="preserve">Выплата вознаграждения и </w:t>
      </w:r>
      <w:proofErr w:type="gramStart"/>
      <w:r w:rsidRPr="00F50F3A">
        <w:rPr>
          <w:rFonts w:eastAsia="Times New Roman"/>
          <w:lang w:val="ru-RU"/>
        </w:rPr>
        <w:t xml:space="preserve">иных сумм, причитающихся </w:t>
      </w:r>
      <w:proofErr w:type="spellStart"/>
      <w:r w:rsidRPr="00F50F3A">
        <w:rPr>
          <w:rFonts w:eastAsia="Times New Roman"/>
          <w:lang w:val="ru-RU"/>
        </w:rPr>
        <w:t>Маркетплейсу</w:t>
      </w:r>
      <w:proofErr w:type="spellEnd"/>
      <w:r w:rsidRPr="00F50F3A">
        <w:rPr>
          <w:rFonts w:eastAsia="Times New Roman"/>
          <w:lang w:val="ru-RU"/>
        </w:rPr>
        <w:t xml:space="preserve"> осуществляется</w:t>
      </w:r>
      <w:proofErr w:type="gramEnd"/>
      <w:r w:rsidRPr="00F50F3A">
        <w:rPr>
          <w:rFonts w:eastAsia="Times New Roman"/>
          <w:lang w:val="ru-RU"/>
        </w:rPr>
        <w:t xml:space="preserve"> путём их удержания из денежных средств, причитающихся Поставщику за Товар (взаимозачёт). При отрицательном балансе Поставщику выставляется счёт на оплату Услуг, подлежащий оплате в течение 7 (семи) календарных дней </w:t>
      </w:r>
      <w:proofErr w:type="gramStart"/>
      <w:r w:rsidRPr="00F50F3A">
        <w:rPr>
          <w:rFonts w:eastAsia="Times New Roman"/>
          <w:lang w:val="ru-RU"/>
        </w:rPr>
        <w:t>с даты</w:t>
      </w:r>
      <w:proofErr w:type="gramEnd"/>
      <w:r w:rsidRPr="00F50F3A">
        <w:rPr>
          <w:rFonts w:eastAsia="Times New Roman"/>
          <w:lang w:val="ru-RU"/>
        </w:rPr>
        <w:t xml:space="preserve"> соответствующего счета. Стороны согласовали, что МП имеет право осуществить зачет требований путём удержания соответствующих денежных сумм из денежных средств, причитающихся Поставщику, по обязательствам Поставщика, возникшим из иных заключенных между </w:t>
      </w:r>
      <w:proofErr w:type="spellStart"/>
      <w:r w:rsidRPr="00F50F3A">
        <w:rPr>
          <w:rFonts w:eastAsia="Times New Roman"/>
          <w:lang w:val="ru-RU"/>
        </w:rPr>
        <w:t>Маркетплейсом</w:t>
      </w:r>
      <w:proofErr w:type="spellEnd"/>
      <w:r w:rsidRPr="00F50F3A">
        <w:rPr>
          <w:rFonts w:eastAsia="Times New Roman"/>
          <w:lang w:val="ru-RU"/>
        </w:rPr>
        <w:t xml:space="preserve"> и Поставщиком договоров. Информация о взаимозачете указывается в Уведомлении об одностороннем зачете.</w:t>
      </w:r>
    </w:p>
    <w:p w:rsidR="004339DC" w:rsidRPr="00F50F3A" w:rsidRDefault="00F16010" w:rsidP="009C2B2A">
      <w:pPr>
        <w:spacing w:after="40" w:line="240" w:lineRule="auto"/>
        <w:ind w:left="720"/>
        <w:jc w:val="both"/>
        <w:rPr>
          <w:lang w:val="ru-RU"/>
        </w:rPr>
      </w:pPr>
      <w:r w:rsidRPr="00F50F3A">
        <w:rPr>
          <w:rFonts w:eastAsia="Times New Roman"/>
          <w:lang w:val="ru-RU"/>
        </w:rPr>
        <w:t>МП осуществляет расчеты по Договору по реквизитам, указанным в Личном кабинете Поставщика. Обязательства МП считаются исполненными в момент списания денежных средств с его расчетного счета.</w:t>
      </w:r>
    </w:p>
    <w:p w:rsidR="004339DC" w:rsidRPr="00F50F3A" w:rsidRDefault="00F16010" w:rsidP="009C2B2A">
      <w:pPr>
        <w:spacing w:after="40" w:line="240" w:lineRule="auto"/>
        <w:ind w:firstLine="720"/>
        <w:jc w:val="both"/>
        <w:rPr>
          <w:lang w:val="ru-RU"/>
        </w:rPr>
      </w:pPr>
      <w:r w:rsidRPr="00F50F3A">
        <w:rPr>
          <w:rFonts w:eastAsia="Times New Roman"/>
          <w:lang w:val="ru-RU"/>
        </w:rPr>
        <w:t>Обязательства Поставщика считаются исполненными в момент зачисления денежных средств на расчетный счет МП.</w:t>
      </w:r>
    </w:p>
    <w:p w:rsidR="004339DC" w:rsidRPr="00F50F3A" w:rsidRDefault="00F16010" w:rsidP="009C2B2A">
      <w:pPr>
        <w:spacing w:before="160" w:after="80"/>
        <w:jc w:val="center"/>
        <w:rPr>
          <w:lang w:val="ru-RU"/>
        </w:rPr>
      </w:pPr>
      <w:r w:rsidRPr="00F50F3A">
        <w:rPr>
          <w:rFonts w:eastAsia="Times New Roman"/>
          <w:b/>
          <w:sz w:val="23"/>
          <w:lang w:val="ru-RU"/>
        </w:rPr>
        <w:t>ВОЗВРАТ ТОВАРА</w:t>
      </w:r>
    </w:p>
    <w:p w:rsidR="004339DC" w:rsidRPr="00F50F3A" w:rsidRDefault="00F16010" w:rsidP="009C2B2A">
      <w:pPr>
        <w:spacing w:after="40" w:line="240" w:lineRule="auto"/>
        <w:ind w:firstLine="720"/>
        <w:jc w:val="both"/>
        <w:rPr>
          <w:lang w:val="ru-RU"/>
        </w:rPr>
      </w:pPr>
      <w:r w:rsidRPr="00F50F3A">
        <w:rPr>
          <w:rFonts w:eastAsia="Times New Roman"/>
          <w:lang w:val="ru-RU"/>
        </w:rPr>
        <w:t>Возврат и обмен товара осуществляются в соответствии с Приложением № 3 «Процедура обработки рекламаций» к настоящему Договору.</w:t>
      </w:r>
    </w:p>
    <w:p w:rsidR="004339DC" w:rsidRPr="00F50F3A" w:rsidRDefault="00F16010" w:rsidP="009C2B2A">
      <w:pPr>
        <w:spacing w:after="40" w:line="240" w:lineRule="auto"/>
        <w:ind w:firstLine="720"/>
        <w:jc w:val="both"/>
        <w:rPr>
          <w:lang w:val="ru-RU"/>
        </w:rPr>
      </w:pPr>
      <w:r w:rsidRPr="00F50F3A">
        <w:rPr>
          <w:rFonts w:eastAsia="Times New Roman"/>
          <w:lang w:val="ru-RU"/>
        </w:rPr>
        <w:t>В случае нарушения сроков ответа на Рекламацию, Поставщик берет на себя обязательства по внесудебной компенсации всех расходов понесенных МП в связи с заявленной рекламацией (возврат денежных средств за Товар, оплата расходов по доставке, судебные и прочие расходы).</w:t>
      </w:r>
    </w:p>
    <w:p w:rsidR="004339DC" w:rsidRPr="00F50F3A" w:rsidRDefault="00F16010" w:rsidP="009C2B2A">
      <w:pPr>
        <w:spacing w:after="40" w:line="240" w:lineRule="auto"/>
        <w:ind w:firstLine="720"/>
        <w:jc w:val="both"/>
        <w:rPr>
          <w:lang w:val="ru-RU"/>
        </w:rPr>
      </w:pPr>
      <w:r w:rsidRPr="00F50F3A">
        <w:rPr>
          <w:rFonts w:eastAsia="Times New Roman"/>
          <w:lang w:val="ru-RU"/>
        </w:rPr>
        <w:t>В случае возникновения разногласий по поводу обработки возвратов Поставщик имеет право обратиться   в Службу поддержки для разрешения спора в индивидуальном порядке.</w:t>
      </w:r>
    </w:p>
    <w:p w:rsidR="004339DC" w:rsidRPr="00F50F3A" w:rsidRDefault="00F16010" w:rsidP="009C2B2A">
      <w:pPr>
        <w:spacing w:before="160" w:after="80"/>
        <w:jc w:val="center"/>
        <w:rPr>
          <w:lang w:val="ru-RU"/>
        </w:rPr>
      </w:pPr>
      <w:r w:rsidRPr="00F50F3A">
        <w:rPr>
          <w:rFonts w:eastAsia="Times New Roman"/>
          <w:b/>
          <w:sz w:val="23"/>
          <w:lang w:val="ru-RU"/>
        </w:rPr>
        <w:t>ОТВЕТСТВЕННОСТЬ СТОРОН</w:t>
      </w:r>
    </w:p>
    <w:p w:rsidR="004339DC" w:rsidRPr="00F50F3A" w:rsidRDefault="00F16010" w:rsidP="009C2B2A">
      <w:pPr>
        <w:spacing w:after="40" w:line="240" w:lineRule="auto"/>
        <w:ind w:firstLine="720"/>
        <w:jc w:val="both"/>
        <w:rPr>
          <w:lang w:val="ru-RU"/>
        </w:rPr>
      </w:pPr>
      <w:r w:rsidRPr="00F50F3A">
        <w:rPr>
          <w:rFonts w:eastAsia="Times New Roman"/>
          <w:lang w:val="ru-RU"/>
        </w:rPr>
        <w:t>В случае неисполнения или ненадлежащего исполнения одной из сторон своих обязательств по Договору, стороны несут ответственность согласно Договору, а в части, не урегулированной Договором – в соответствии с законодательством РФ.</w:t>
      </w:r>
    </w:p>
    <w:p w:rsidR="004339DC" w:rsidRPr="00F50F3A" w:rsidRDefault="00F16010" w:rsidP="009C2B2A">
      <w:pPr>
        <w:spacing w:after="40" w:line="240" w:lineRule="auto"/>
        <w:ind w:firstLine="720"/>
        <w:jc w:val="both"/>
        <w:rPr>
          <w:lang w:val="ru-RU"/>
        </w:rPr>
      </w:pPr>
      <w:r w:rsidRPr="00F50F3A">
        <w:rPr>
          <w:rFonts w:eastAsia="Times New Roman"/>
          <w:lang w:val="ru-RU"/>
        </w:rPr>
        <w:t>В отношениях с Клиентом МП выступает исключительно в качестве лица, уполномоченного Поставщиком на прием денежных средств. Поставщик поручает, а МП обязуется информировать Клиентов о том, что обязанным лицом по передаче товара, его качеству и гарантийному обслуживанию является непосредственно Поставщик. МП не несет ответственности за недостатки Товара, нарушение сроков доставки и иные нарушения, допущенные Поставщиком или привлеченной им Курьерской службой.</w:t>
      </w:r>
    </w:p>
    <w:p w:rsidR="004339DC" w:rsidRPr="00F50F3A" w:rsidRDefault="00F16010" w:rsidP="009C2B2A">
      <w:pPr>
        <w:spacing w:after="40" w:line="240" w:lineRule="auto"/>
        <w:ind w:firstLine="720"/>
        <w:jc w:val="both"/>
        <w:rPr>
          <w:lang w:val="ru-RU"/>
        </w:rPr>
      </w:pPr>
      <w:r w:rsidRPr="00F50F3A">
        <w:rPr>
          <w:rFonts w:eastAsia="Times New Roman"/>
          <w:lang w:val="ru-RU"/>
        </w:rPr>
        <w:lastRenderedPageBreak/>
        <w:t xml:space="preserve">Поставщик обязан по требованию </w:t>
      </w:r>
      <w:proofErr w:type="spellStart"/>
      <w:r w:rsidRPr="00F50F3A">
        <w:rPr>
          <w:rFonts w:eastAsia="Times New Roman"/>
          <w:lang w:val="ru-RU"/>
        </w:rPr>
        <w:t>Маркетплейса</w:t>
      </w:r>
      <w:proofErr w:type="spellEnd"/>
      <w:r w:rsidRPr="00F50F3A">
        <w:rPr>
          <w:rFonts w:eastAsia="Times New Roman"/>
          <w:lang w:val="ru-RU"/>
        </w:rPr>
        <w:t xml:space="preserve"> возместить все документально подтвержденные убытки    </w:t>
      </w:r>
      <w:proofErr w:type="spellStart"/>
      <w:r w:rsidRPr="00F50F3A">
        <w:rPr>
          <w:rFonts w:eastAsia="Times New Roman"/>
          <w:lang w:val="ru-RU"/>
        </w:rPr>
        <w:t>Маркетплейса</w:t>
      </w:r>
      <w:proofErr w:type="spellEnd"/>
      <w:r w:rsidRPr="00F50F3A">
        <w:rPr>
          <w:rFonts w:eastAsia="Times New Roman"/>
          <w:lang w:val="ru-RU"/>
        </w:rPr>
        <w:t xml:space="preserve"> за любое из нарушений, указанных ниже:</w:t>
      </w:r>
    </w:p>
    <w:p w:rsidR="004339DC" w:rsidRPr="00F50F3A" w:rsidRDefault="00F16010" w:rsidP="009C2B2A">
      <w:pPr>
        <w:spacing w:after="40" w:line="240" w:lineRule="auto"/>
        <w:ind w:firstLine="720"/>
        <w:jc w:val="both"/>
        <w:rPr>
          <w:lang w:val="ru-RU"/>
        </w:rPr>
      </w:pPr>
      <w:proofErr w:type="gramStart"/>
      <w:r w:rsidRPr="00F50F3A">
        <w:rPr>
          <w:rFonts w:eastAsia="Times New Roman"/>
          <w:lang w:val="ru-RU"/>
        </w:rPr>
        <w:t>Убытки, связанные с предъявлением к МП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 правообладателями которых являются данные третьи лица, или несоответствием Товара требованиям и гарантиям, установленным Договором, Карточкой товара или законодательством РФ, или предоставления не достоверных/поддельных/не соответствующих</w:t>
      </w:r>
      <w:proofErr w:type="gramEnd"/>
      <w:r w:rsidRPr="00F50F3A">
        <w:rPr>
          <w:rFonts w:eastAsia="Times New Roman"/>
          <w:lang w:val="ru-RU"/>
        </w:rPr>
        <w:t xml:space="preserve"> требованиям законодательства РФ/полученных с нарушением требований законодательства РФ сертификатов/деклараций соответствия, либо нарушения Поставщиком установленного Договором срока предоставления документов,</w:t>
      </w:r>
    </w:p>
    <w:p w:rsidR="004339DC" w:rsidRPr="00F50F3A" w:rsidRDefault="00F16010" w:rsidP="00AE3A84">
      <w:pPr>
        <w:spacing w:after="40" w:line="240" w:lineRule="auto"/>
        <w:ind w:firstLine="720"/>
        <w:jc w:val="both"/>
        <w:rPr>
          <w:lang w:val="ru-RU"/>
        </w:rPr>
      </w:pPr>
      <w:r w:rsidRPr="00F50F3A">
        <w:rPr>
          <w:rFonts w:eastAsia="Times New Roman"/>
          <w:lang w:val="ru-RU"/>
        </w:rPr>
        <w:t>Нарушение условий Договора о заверениях и гарантиях,</w:t>
      </w:r>
    </w:p>
    <w:p w:rsidR="004339DC" w:rsidRPr="00F50F3A" w:rsidRDefault="00F16010" w:rsidP="00AE3A84">
      <w:pPr>
        <w:spacing w:after="40" w:line="240" w:lineRule="auto"/>
        <w:ind w:firstLine="720"/>
        <w:jc w:val="both"/>
        <w:rPr>
          <w:lang w:val="ru-RU"/>
        </w:rPr>
      </w:pPr>
      <w:r w:rsidRPr="00F50F3A">
        <w:rPr>
          <w:rFonts w:eastAsia="Times New Roman"/>
          <w:lang w:val="ru-RU"/>
        </w:rPr>
        <w:t>Нарушение условий Договора о конфиденциальности.</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Поставщик возмещает МП все понесенные им убытки, включая, </w:t>
      </w:r>
      <w:proofErr w:type="gramStart"/>
      <w:r w:rsidRPr="00F50F3A">
        <w:rPr>
          <w:rFonts w:eastAsia="Times New Roman"/>
          <w:lang w:val="ru-RU"/>
        </w:rPr>
        <w:t>но</w:t>
      </w:r>
      <w:proofErr w:type="gramEnd"/>
      <w:r w:rsidRPr="00F50F3A">
        <w:rPr>
          <w:rFonts w:eastAsia="Times New Roman"/>
          <w:lang w:val="ru-RU"/>
        </w:rPr>
        <w:t xml:space="preserve"> не ограничиваясь, суммы штрафов и компенсаций и иные суммы, взысканные судебным актом, вынесенным по делу, прямо или косвенно связанным с таким нарушением, в срок, не превышающий 7 (Семь) рабочих дней с даты получения от МП соответствующего требования. Поставщик обязуется оказывать МП необходимое содействие в урегулировании претензий, требований, исков третьих лиц.</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Поставщик по требованию МП возмещает МП все документально подтвержденные убытки, штрафы, пени, выставленные в адрес </w:t>
      </w:r>
      <w:proofErr w:type="spellStart"/>
      <w:r w:rsidRPr="00F50F3A">
        <w:rPr>
          <w:rFonts w:eastAsia="Times New Roman"/>
          <w:lang w:val="ru-RU"/>
        </w:rPr>
        <w:t>Маркетплейса</w:t>
      </w:r>
      <w:proofErr w:type="spellEnd"/>
      <w:r w:rsidRPr="00F50F3A">
        <w:rPr>
          <w:rFonts w:eastAsia="Times New Roman"/>
          <w:lang w:val="ru-RU"/>
        </w:rPr>
        <w:t xml:space="preserve"> Клиентом в связи с ненадлежащей поставкой Товара по вине Поставщика и/или привлеченных им третьих лиц, и/или неисполнением Поставщика/привлеченных им третьих лиц иных обязательств по Договору, а также по согласованному Заказу. Кроме того, Поставщик возмещает МП все потери, понесенные последним в связи с урегулированием разногласий с Клиентом по причинам, связанным с Поставщиком и/или привлеченных им третьих лиц.</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В максимальной степени, допустимой законодательством, </w:t>
      </w:r>
      <w:proofErr w:type="gramStart"/>
      <w:r w:rsidRPr="00F50F3A">
        <w:rPr>
          <w:rFonts w:eastAsia="Times New Roman"/>
          <w:lang w:val="ru-RU"/>
        </w:rPr>
        <w:t>и</w:t>
      </w:r>
      <w:proofErr w:type="gramEnd"/>
      <w:r w:rsidRPr="00F50F3A">
        <w:rPr>
          <w:rFonts w:eastAsia="Times New Roman"/>
          <w:lang w:val="ru-RU"/>
        </w:rPr>
        <w:t xml:space="preserve"> невзирая на положения Договора, которые могут быть истолкованы иным образом, стороны согласовали, что:</w:t>
      </w:r>
    </w:p>
    <w:p w:rsidR="004339DC" w:rsidRPr="00F50F3A" w:rsidRDefault="00AE3A84" w:rsidP="00F50F3A">
      <w:pPr>
        <w:spacing w:after="40" w:line="240" w:lineRule="auto"/>
        <w:jc w:val="both"/>
        <w:rPr>
          <w:lang w:val="ru-RU"/>
        </w:rPr>
      </w:pPr>
      <w:r>
        <w:rPr>
          <w:rFonts w:eastAsia="Times New Roman"/>
          <w:lang w:val="ru-RU"/>
        </w:rPr>
        <w:t>-</w:t>
      </w:r>
      <w:r w:rsidR="00F16010" w:rsidRPr="00F50F3A">
        <w:rPr>
          <w:rFonts w:eastAsia="Times New Roman"/>
          <w:lang w:val="ru-RU"/>
        </w:rPr>
        <w:t xml:space="preserve"> любые требования к </w:t>
      </w:r>
      <w:proofErr w:type="spellStart"/>
      <w:r w:rsidR="00F16010" w:rsidRPr="00F50F3A">
        <w:rPr>
          <w:rFonts w:eastAsia="Times New Roman"/>
          <w:lang w:val="ru-RU"/>
        </w:rPr>
        <w:t>Маркетплейсу</w:t>
      </w:r>
      <w:proofErr w:type="spellEnd"/>
      <w:r w:rsidR="00F16010" w:rsidRPr="00F50F3A">
        <w:rPr>
          <w:rFonts w:eastAsia="Times New Roman"/>
          <w:lang w:val="ru-RU"/>
        </w:rPr>
        <w:t xml:space="preserve"> по Договору или в связи с ним ограничиваются возмещением реального ущерба, возникшего по вине </w:t>
      </w:r>
      <w:proofErr w:type="spellStart"/>
      <w:r w:rsidR="00F16010" w:rsidRPr="00F50F3A">
        <w:rPr>
          <w:rFonts w:eastAsia="Times New Roman"/>
          <w:lang w:val="ru-RU"/>
        </w:rPr>
        <w:t>Маркетплейса</w:t>
      </w:r>
      <w:proofErr w:type="spellEnd"/>
      <w:r w:rsidR="00F16010" w:rsidRPr="00F50F3A">
        <w:rPr>
          <w:rFonts w:eastAsia="Times New Roman"/>
          <w:lang w:val="ru-RU"/>
        </w:rPr>
        <w:t>, и ни при каких обстоятельствах не включают упущенную выгоду или иные косвенные убытки Поставщика и/или третьих лиц, независимо от того, мог ли МП предвидеть причинение таких убытков.</w:t>
      </w:r>
    </w:p>
    <w:p w:rsidR="004339DC" w:rsidRPr="00F50F3A" w:rsidRDefault="00AE3A84" w:rsidP="00F50F3A">
      <w:pPr>
        <w:spacing w:after="40" w:line="240" w:lineRule="auto"/>
        <w:jc w:val="both"/>
        <w:rPr>
          <w:lang w:val="ru-RU"/>
        </w:rPr>
      </w:pPr>
      <w:r>
        <w:rPr>
          <w:rFonts w:eastAsia="Times New Roman"/>
          <w:lang w:val="ru-RU"/>
        </w:rPr>
        <w:t xml:space="preserve">- </w:t>
      </w:r>
      <w:r w:rsidR="00F16010" w:rsidRPr="00F50F3A">
        <w:rPr>
          <w:rFonts w:eastAsia="Times New Roman"/>
          <w:lang w:val="ru-RU"/>
        </w:rPr>
        <w:t xml:space="preserve">МП освобождается от ответственности за неисполнение или ненадлежащее исполнение своих обязательств, если Поставщик не сообщил </w:t>
      </w:r>
      <w:proofErr w:type="spellStart"/>
      <w:r w:rsidR="00F16010" w:rsidRPr="00F50F3A">
        <w:rPr>
          <w:rFonts w:eastAsia="Times New Roman"/>
          <w:lang w:val="ru-RU"/>
        </w:rPr>
        <w:t>Маркетплейсу</w:t>
      </w:r>
      <w:proofErr w:type="spellEnd"/>
      <w:r w:rsidR="00F16010" w:rsidRPr="00F50F3A">
        <w:rPr>
          <w:rFonts w:eastAsia="Times New Roman"/>
          <w:lang w:val="ru-RU"/>
        </w:rPr>
        <w:t xml:space="preserve"> о своей претензии в течение 30 дней с момента возникновения оснований для такой претензии;</w:t>
      </w:r>
    </w:p>
    <w:p w:rsidR="004339DC" w:rsidRPr="00F50F3A" w:rsidRDefault="00AE3A84" w:rsidP="00F50F3A">
      <w:pPr>
        <w:spacing w:after="40" w:line="240" w:lineRule="auto"/>
        <w:jc w:val="both"/>
        <w:rPr>
          <w:lang w:val="ru-RU"/>
        </w:rPr>
      </w:pPr>
      <w:r>
        <w:rPr>
          <w:rFonts w:eastAsia="Times New Roman"/>
          <w:lang w:val="ru-RU"/>
        </w:rPr>
        <w:t xml:space="preserve">- </w:t>
      </w:r>
      <w:r w:rsidR="00F16010" w:rsidRPr="00F50F3A">
        <w:rPr>
          <w:rFonts w:eastAsia="Times New Roman"/>
          <w:lang w:val="ru-RU"/>
        </w:rPr>
        <w:t xml:space="preserve">МП не несёт ответственности за неисполнение или ненадлежащее исполнение своих обязательств, если Поставщик предоставил </w:t>
      </w:r>
      <w:proofErr w:type="spellStart"/>
      <w:r w:rsidR="00F16010" w:rsidRPr="00F50F3A">
        <w:rPr>
          <w:rFonts w:eastAsia="Times New Roman"/>
          <w:lang w:val="ru-RU"/>
        </w:rPr>
        <w:t>Маркетплейсу</w:t>
      </w:r>
      <w:proofErr w:type="spellEnd"/>
      <w:r w:rsidR="00F16010" w:rsidRPr="00F50F3A">
        <w:rPr>
          <w:rFonts w:eastAsia="Times New Roman"/>
          <w:lang w:val="ru-RU"/>
        </w:rPr>
        <w:t xml:space="preserve"> недостоверные, неполные, неточные или вводящие в заблуждение Заверения, сведения или информацию.</w:t>
      </w:r>
    </w:p>
    <w:p w:rsidR="004339DC" w:rsidRPr="00F50F3A" w:rsidRDefault="00AE3A84" w:rsidP="00F50F3A">
      <w:pPr>
        <w:spacing w:after="40" w:line="240" w:lineRule="auto"/>
        <w:jc w:val="both"/>
        <w:rPr>
          <w:lang w:val="ru-RU"/>
        </w:rPr>
      </w:pPr>
      <w:r>
        <w:rPr>
          <w:rFonts w:eastAsia="Times New Roman"/>
          <w:lang w:val="ru-RU"/>
        </w:rPr>
        <w:t xml:space="preserve">- </w:t>
      </w:r>
      <w:r w:rsidR="00F16010" w:rsidRPr="00F50F3A">
        <w:rPr>
          <w:rFonts w:eastAsia="Times New Roman"/>
          <w:lang w:val="ru-RU"/>
        </w:rPr>
        <w:t>Суммарная ответственность МП перед Поставщиком по любым требованиям, связанным с агентскими услугами по расчетам, ограничивается суммой документально подтвержденного реального ущерба, но в любом случае не может превышать размер агентского вознаграждения МП, удержанного за тот Заказ, по которому возник спор.</w:t>
      </w:r>
    </w:p>
    <w:p w:rsidR="004339DC" w:rsidRPr="00F50F3A" w:rsidRDefault="00AE3A84" w:rsidP="00F50F3A">
      <w:pPr>
        <w:spacing w:after="40" w:line="240" w:lineRule="auto"/>
        <w:jc w:val="both"/>
        <w:rPr>
          <w:lang w:val="ru-RU"/>
        </w:rPr>
      </w:pPr>
      <w:proofErr w:type="gramStart"/>
      <w:r>
        <w:rPr>
          <w:rFonts w:eastAsia="Times New Roman"/>
          <w:lang w:val="ru-RU"/>
        </w:rPr>
        <w:t xml:space="preserve">- </w:t>
      </w:r>
      <w:r w:rsidR="00F16010" w:rsidRPr="00F50F3A">
        <w:rPr>
          <w:rFonts w:eastAsia="Times New Roman"/>
          <w:lang w:val="ru-RU"/>
        </w:rPr>
        <w:t>МП не несет ответственности и не возмещает Поставщику никакие штрафы, пени и иные платежи (в том числе штрафного характера), которые могут возникнуть из или в связи с договором между Поставщиком и каким-либо третьим лицом, независимо от того был ли такой договор заключен в письменной форме, и независимо от того был ли он заключен в форме одного документа или путем обмена</w:t>
      </w:r>
      <w:proofErr w:type="gramEnd"/>
      <w:r w:rsidR="00F16010" w:rsidRPr="00F50F3A">
        <w:rPr>
          <w:rFonts w:eastAsia="Times New Roman"/>
          <w:lang w:val="ru-RU"/>
        </w:rPr>
        <w:t xml:space="preserve"> документов.</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Неустойки и компенсация убытков, предусмотренные настоящим Договором и Приложениями к нему, начисляются и выплачиваются Поставщиком на основании требования </w:t>
      </w:r>
      <w:proofErr w:type="spellStart"/>
      <w:r w:rsidRPr="00F50F3A">
        <w:rPr>
          <w:rFonts w:eastAsia="Times New Roman"/>
          <w:lang w:val="ru-RU"/>
        </w:rPr>
        <w:t>Маркетплейса</w:t>
      </w:r>
      <w:proofErr w:type="spellEnd"/>
      <w:r w:rsidRPr="00F50F3A">
        <w:rPr>
          <w:rFonts w:eastAsia="Times New Roman"/>
          <w:lang w:val="ru-RU"/>
        </w:rPr>
        <w:t>, направленного по ЭДО.</w:t>
      </w:r>
    </w:p>
    <w:p w:rsidR="004339DC" w:rsidRPr="00F50F3A" w:rsidRDefault="00F16010" w:rsidP="00AE3A84">
      <w:pPr>
        <w:spacing w:after="40" w:line="240" w:lineRule="auto"/>
        <w:ind w:firstLine="720"/>
        <w:jc w:val="both"/>
        <w:rPr>
          <w:lang w:val="ru-RU"/>
        </w:rPr>
      </w:pPr>
      <w:r w:rsidRPr="00F50F3A">
        <w:rPr>
          <w:rFonts w:eastAsia="Times New Roman"/>
          <w:lang w:val="ru-RU"/>
        </w:rPr>
        <w:t>Дополнительные меры ответственности могут быть предусмотрены Приложениями к Договору.</w:t>
      </w:r>
    </w:p>
    <w:p w:rsidR="004339DC" w:rsidRPr="00F50F3A" w:rsidRDefault="00F16010" w:rsidP="00AE3A84">
      <w:pPr>
        <w:spacing w:after="40" w:line="240" w:lineRule="auto"/>
        <w:ind w:firstLine="720"/>
        <w:jc w:val="both"/>
        <w:rPr>
          <w:lang w:val="ru-RU"/>
        </w:rPr>
      </w:pPr>
      <w:proofErr w:type="gramStart"/>
      <w:r w:rsidRPr="00F50F3A">
        <w:rPr>
          <w:rFonts w:eastAsia="Times New Roman"/>
          <w:lang w:val="ru-RU"/>
        </w:rPr>
        <w:t>В случае нарушения Поставщиком не по вине Клиента сроков доставки Заказа, определенных при подтверждении Заказа, МП вправе потребовать от Поставщика уплаты штрафной неустойки в размере 0,1% от стоимости не поставленного в срок Заказа за каждый день просрочки по дату поставки, но не более 10 % от стоимости не поставленного в срок Заказа.</w:t>
      </w:r>
      <w:proofErr w:type="gramEnd"/>
    </w:p>
    <w:p w:rsidR="004339DC" w:rsidRPr="00F50F3A" w:rsidRDefault="00F16010" w:rsidP="00AE3A84">
      <w:pPr>
        <w:spacing w:after="40" w:line="240" w:lineRule="auto"/>
        <w:ind w:firstLine="720"/>
        <w:jc w:val="both"/>
        <w:rPr>
          <w:lang w:val="ru-RU"/>
        </w:rPr>
      </w:pPr>
      <w:r w:rsidRPr="00F50F3A">
        <w:rPr>
          <w:rFonts w:eastAsia="Times New Roman"/>
          <w:lang w:val="ru-RU"/>
        </w:rPr>
        <w:t>МП не несет ответственности за сохранность, сроки доставки, целостность упаковки и качество Товара после его передачи Поставщиком в ПВЗ Сервиса доставки. Все претензии, связанные с утратой, повреждением, нарушением сроков доставки Товара, Поставщик обязуется урегулировать с Сервисом доставки самостоятельно.</w:t>
      </w:r>
    </w:p>
    <w:p w:rsidR="004339DC" w:rsidRPr="00F50F3A" w:rsidRDefault="00F16010" w:rsidP="00AE3A84">
      <w:pPr>
        <w:spacing w:after="40" w:line="240" w:lineRule="auto"/>
        <w:ind w:firstLine="720"/>
        <w:jc w:val="both"/>
        <w:rPr>
          <w:lang w:val="ru-RU"/>
        </w:rPr>
      </w:pPr>
      <w:r w:rsidRPr="00F50F3A">
        <w:rPr>
          <w:rFonts w:eastAsia="Times New Roman"/>
          <w:lang w:val="ru-RU"/>
        </w:rPr>
        <w:lastRenderedPageBreak/>
        <w:t>МП обязуется по запросу Поставщика предоставить имеющуюся у МП информацию о статусе отправления, а также, при наличии технической возможности, оказывать содействие в коммуникации с Сервисом доставки, но не принимает на себя обязательств по возмещению убытков, причиненных действиями/бездействием Сервиса доставки.</w:t>
      </w:r>
    </w:p>
    <w:p w:rsidR="004339DC" w:rsidRPr="00F50F3A" w:rsidRDefault="00F16010" w:rsidP="00AE3A84">
      <w:pPr>
        <w:spacing w:after="40" w:line="240" w:lineRule="auto"/>
        <w:ind w:firstLine="720"/>
        <w:jc w:val="both"/>
        <w:rPr>
          <w:lang w:val="ru-RU"/>
        </w:rPr>
      </w:pPr>
      <w:r w:rsidRPr="00F50F3A">
        <w:rPr>
          <w:rFonts w:eastAsia="Times New Roman"/>
          <w:lang w:val="ru-RU"/>
        </w:rPr>
        <w:t>Поставщик обязуется возместить МП все убытки, штрафы и иные расходы, предъявленные к МП со стороны Сервиса доставки в связи с нарушением Поставщиком правил приема, упаковки и передачи грузов.</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В случае нарушения </w:t>
      </w:r>
      <w:proofErr w:type="spellStart"/>
      <w:r w:rsidRPr="00F50F3A">
        <w:rPr>
          <w:rFonts w:eastAsia="Times New Roman"/>
          <w:lang w:val="ru-RU"/>
        </w:rPr>
        <w:t>Маркетплейсом</w:t>
      </w:r>
      <w:proofErr w:type="spellEnd"/>
      <w:r w:rsidRPr="00F50F3A">
        <w:rPr>
          <w:rFonts w:eastAsia="Times New Roman"/>
          <w:lang w:val="ru-RU"/>
        </w:rPr>
        <w:t xml:space="preserve"> по вине </w:t>
      </w:r>
      <w:proofErr w:type="spellStart"/>
      <w:r w:rsidRPr="00F50F3A">
        <w:rPr>
          <w:rFonts w:eastAsia="Times New Roman"/>
          <w:lang w:val="ru-RU"/>
        </w:rPr>
        <w:t>Маркетплейса</w:t>
      </w:r>
      <w:proofErr w:type="spellEnd"/>
      <w:r w:rsidRPr="00F50F3A">
        <w:rPr>
          <w:rFonts w:eastAsia="Times New Roman"/>
          <w:lang w:val="ru-RU"/>
        </w:rPr>
        <w:t xml:space="preserve"> </w:t>
      </w:r>
      <w:r w:rsidR="00AE3A84">
        <w:rPr>
          <w:rFonts w:eastAsia="Times New Roman"/>
          <w:lang w:val="ru-RU"/>
        </w:rPr>
        <w:t xml:space="preserve">срока, установленного в п. «а» настоящего раздела </w:t>
      </w:r>
      <w:r w:rsidRPr="00F50F3A">
        <w:rPr>
          <w:rFonts w:eastAsia="Times New Roman"/>
          <w:lang w:val="ru-RU"/>
        </w:rPr>
        <w:t xml:space="preserve"> Договора, Поставщик вправе потребовать от МП уплаты пени в размере 0,01% за каждый день просрочки от подлежащей </w:t>
      </w:r>
      <w:proofErr w:type="spellStart"/>
      <w:r w:rsidRPr="00F50F3A">
        <w:rPr>
          <w:rFonts w:eastAsia="Times New Roman"/>
          <w:lang w:val="ru-RU"/>
        </w:rPr>
        <w:t>Маркетплейсом</w:t>
      </w:r>
      <w:proofErr w:type="spellEnd"/>
      <w:r w:rsidRPr="00F50F3A">
        <w:rPr>
          <w:rFonts w:eastAsia="Times New Roman"/>
          <w:lang w:val="ru-RU"/>
        </w:rPr>
        <w:t xml:space="preserve"> оплате суммы, но не более 5% от подлежащей оплате суммы.</w:t>
      </w:r>
    </w:p>
    <w:p w:rsidR="004339DC" w:rsidRPr="00F50F3A" w:rsidRDefault="00F16010" w:rsidP="00AE3A84">
      <w:pPr>
        <w:spacing w:before="160" w:after="80"/>
        <w:jc w:val="center"/>
        <w:rPr>
          <w:lang w:val="ru-RU"/>
        </w:rPr>
      </w:pPr>
      <w:r w:rsidRPr="00F50F3A">
        <w:rPr>
          <w:rFonts w:eastAsia="Times New Roman"/>
          <w:b/>
          <w:sz w:val="23"/>
          <w:lang w:val="ru-RU"/>
        </w:rPr>
        <w:t>ПРИОСТАНОВЛЕНИЕ И ИЗМЕНЕНИЕ ДОГОВОРА</w:t>
      </w:r>
    </w:p>
    <w:p w:rsidR="004339DC" w:rsidRPr="00F50F3A" w:rsidRDefault="00F16010" w:rsidP="00AE3A84">
      <w:pPr>
        <w:spacing w:after="40" w:line="240" w:lineRule="auto"/>
        <w:ind w:firstLine="720"/>
        <w:jc w:val="both"/>
        <w:rPr>
          <w:lang w:val="ru-RU"/>
        </w:rPr>
      </w:pPr>
      <w:r w:rsidRPr="00F50F3A">
        <w:rPr>
          <w:rFonts w:eastAsia="Times New Roman"/>
          <w:lang w:val="ru-RU"/>
        </w:rPr>
        <w:t>МП вправе в одностороннем порядке полностью либо частично приостановить оказание Услуг, уведомив  об этом Поставщика не позднее 1 календарного дня до даты такого приостановления, если:</w:t>
      </w:r>
    </w:p>
    <w:p w:rsidR="004339DC" w:rsidRPr="00F50F3A" w:rsidRDefault="00F16010" w:rsidP="00F50F3A">
      <w:pPr>
        <w:spacing w:after="40" w:line="240" w:lineRule="auto"/>
        <w:jc w:val="both"/>
        <w:rPr>
          <w:lang w:val="ru-RU"/>
        </w:rPr>
      </w:pPr>
      <w:r w:rsidRPr="00F50F3A">
        <w:rPr>
          <w:rFonts w:eastAsia="Times New Roman"/>
          <w:lang w:val="ru-RU"/>
        </w:rPr>
        <w:t>(а) у Поставщика имеется задолженность по оплате любых сумм по Договору;</w:t>
      </w:r>
    </w:p>
    <w:p w:rsidR="004339DC" w:rsidRPr="00F50F3A" w:rsidRDefault="00F16010" w:rsidP="00F50F3A">
      <w:pPr>
        <w:spacing w:after="40" w:line="240" w:lineRule="auto"/>
        <w:jc w:val="both"/>
        <w:rPr>
          <w:lang w:val="ru-RU"/>
        </w:rPr>
      </w:pPr>
      <w:r w:rsidRPr="00F50F3A">
        <w:rPr>
          <w:rFonts w:eastAsia="Times New Roman"/>
          <w:lang w:val="ru-RU"/>
        </w:rPr>
        <w:t>(б) в отношении конкретного товара, если он имеет недостатки, несогласованные сторонами, или состояние Товара не соответствует Карточке товара и требованиям Договора;</w:t>
      </w:r>
    </w:p>
    <w:p w:rsidR="004339DC" w:rsidRPr="00F50F3A" w:rsidRDefault="00F16010" w:rsidP="00F50F3A">
      <w:pPr>
        <w:spacing w:after="40" w:line="240" w:lineRule="auto"/>
        <w:jc w:val="both"/>
        <w:rPr>
          <w:lang w:val="ru-RU"/>
        </w:rPr>
      </w:pPr>
      <w:r w:rsidRPr="00F50F3A">
        <w:rPr>
          <w:rFonts w:eastAsia="Times New Roman"/>
          <w:lang w:val="ru-RU"/>
        </w:rPr>
        <w:t xml:space="preserve">(в) Поставщик нарушил условия Договора, Пользовательского соглашения или иные указания </w:t>
      </w:r>
      <w:proofErr w:type="spellStart"/>
      <w:r w:rsidRPr="00F50F3A">
        <w:rPr>
          <w:rFonts w:eastAsia="Times New Roman"/>
          <w:lang w:val="ru-RU"/>
        </w:rPr>
        <w:t>Маркетплейса</w:t>
      </w:r>
      <w:proofErr w:type="spellEnd"/>
      <w:r w:rsidRPr="00F50F3A">
        <w:rPr>
          <w:rFonts w:eastAsia="Times New Roman"/>
          <w:lang w:val="ru-RU"/>
        </w:rPr>
        <w:t xml:space="preserve"> на  Платформе;</w:t>
      </w:r>
    </w:p>
    <w:p w:rsidR="004339DC" w:rsidRPr="00F50F3A" w:rsidRDefault="00F16010" w:rsidP="00F50F3A">
      <w:pPr>
        <w:spacing w:after="40" w:line="240" w:lineRule="auto"/>
        <w:jc w:val="both"/>
        <w:rPr>
          <w:lang w:val="ru-RU"/>
        </w:rPr>
      </w:pPr>
      <w:r w:rsidRPr="00F50F3A">
        <w:rPr>
          <w:rFonts w:eastAsia="Times New Roman"/>
          <w:lang w:val="ru-RU"/>
        </w:rPr>
        <w:t>(г) Поставщик не подключен к ЭДО;</w:t>
      </w:r>
    </w:p>
    <w:p w:rsidR="004339DC" w:rsidRPr="00F50F3A" w:rsidRDefault="00F16010" w:rsidP="00F50F3A">
      <w:pPr>
        <w:spacing w:after="40" w:line="240" w:lineRule="auto"/>
        <w:jc w:val="both"/>
        <w:rPr>
          <w:lang w:val="ru-RU"/>
        </w:rPr>
      </w:pPr>
      <w:r w:rsidRPr="00F50F3A">
        <w:rPr>
          <w:rFonts w:eastAsia="Times New Roman"/>
          <w:lang w:val="ru-RU"/>
        </w:rPr>
        <w:t>(д) или обнаружены обстоятельства, препятствующие оказанию Услуг или существенно изменяющие их назначение и содержание (до получения указаний от Поставщика).</w:t>
      </w:r>
    </w:p>
    <w:p w:rsidR="004339DC" w:rsidRPr="00F50F3A" w:rsidRDefault="00F16010" w:rsidP="00F50F3A">
      <w:pPr>
        <w:spacing w:after="40" w:line="240" w:lineRule="auto"/>
        <w:jc w:val="both"/>
        <w:rPr>
          <w:lang w:val="ru-RU"/>
        </w:rPr>
      </w:pPr>
      <w:r w:rsidRPr="00F50F3A">
        <w:rPr>
          <w:rFonts w:eastAsia="Times New Roman"/>
          <w:lang w:val="ru-RU"/>
        </w:rPr>
        <w:t>(е) МП вправе, уведомив Поставщика, приостанавливать работу Платформы и/или оказание Услуг по техническим, технологическим или иным причинам. В течение срока выявления и устранения таких причин плата за Услуги, прямо затронутые таким приостановлением, не взимается. При этом МП уведомляет Поставщика о приостановлении оказания услуг предварительно, либо в течение 1 рабочего дня с момента приостановления через Личный кабинет с указанием причин неоказания услуг и даты возобновления выполнения обязательств.</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МП вправе в одностороннем порядке изменять условия Договора при соблюдении обязательных требований законодательства. </w:t>
      </w:r>
      <w:proofErr w:type="gramStart"/>
      <w:r w:rsidRPr="00F50F3A">
        <w:rPr>
          <w:rFonts w:eastAsia="Times New Roman"/>
          <w:lang w:val="ru-RU"/>
        </w:rPr>
        <w:t>С 1 октября 2026 года, если к Платформе применяется статья 12 Федерального закона № 289-ФЗ, уведомление направляется не менее чем за 45 дней до изменений, затрагивающих меры ответственности, размер или порядок определения вознаграждения МП, а также условия приёмки, хранения, доставки, выдачи, отправления и/или возврата Товара; в иных случаях — не менее чем за 15 дней.</w:t>
      </w:r>
      <w:proofErr w:type="gramEnd"/>
      <w:r w:rsidRPr="00F50F3A">
        <w:rPr>
          <w:rFonts w:eastAsia="Times New Roman"/>
          <w:lang w:val="ru-RU"/>
        </w:rPr>
        <w:t xml:space="preserve"> Исключения применяются в случаях, прямо предусмотренных законом. Если указанный специальный режим к Платформе не применяется, срок уведомления составляет не менее 15 календарных дней, если иной срок не установлен законом.</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При несогласии с предлагаемыми изменениями в Договор Поставщик обязан в течение 7 (Семи) календарных дней </w:t>
      </w:r>
      <w:proofErr w:type="gramStart"/>
      <w:r w:rsidRPr="00F50F3A">
        <w:rPr>
          <w:rFonts w:eastAsia="Times New Roman"/>
          <w:lang w:val="ru-RU"/>
        </w:rPr>
        <w:t>с даты уведомления</w:t>
      </w:r>
      <w:proofErr w:type="gramEnd"/>
      <w:r w:rsidRPr="00F50F3A">
        <w:rPr>
          <w:rFonts w:eastAsia="Times New Roman"/>
          <w:lang w:val="ru-RU"/>
        </w:rPr>
        <w:t xml:space="preserve"> об изменениях направить </w:t>
      </w:r>
      <w:proofErr w:type="spellStart"/>
      <w:r w:rsidRPr="00F50F3A">
        <w:rPr>
          <w:rFonts w:eastAsia="Times New Roman"/>
          <w:lang w:val="ru-RU"/>
        </w:rPr>
        <w:t>Маркетплейсу</w:t>
      </w:r>
      <w:proofErr w:type="spellEnd"/>
      <w:r w:rsidRPr="00F50F3A">
        <w:rPr>
          <w:rFonts w:eastAsia="Times New Roman"/>
          <w:lang w:val="ru-RU"/>
        </w:rPr>
        <w:t xml:space="preserve"> запрос о деактивации Личного кабинета. В противном случае такие изменения с даты их вступления в силу считаются согласованными обеими сторонами, подлежат применению к отношениям между ними и становятся неотъемлемой частью Договора.</w:t>
      </w:r>
    </w:p>
    <w:p w:rsidR="004339DC" w:rsidRPr="00F50F3A" w:rsidRDefault="00F16010" w:rsidP="00AE3A84">
      <w:pPr>
        <w:spacing w:after="40" w:line="240" w:lineRule="auto"/>
        <w:ind w:firstLine="720"/>
        <w:jc w:val="both"/>
        <w:rPr>
          <w:lang w:val="ru-RU"/>
        </w:rPr>
      </w:pPr>
      <w:r w:rsidRPr="00F50F3A">
        <w:rPr>
          <w:rFonts w:eastAsia="Times New Roman"/>
          <w:lang w:val="ru-RU"/>
        </w:rPr>
        <w:t>Если к Платформе применяется Федеральный закон № 289-ФЗ, меры гражданско-правовой ответственности, ограничение/прекращение размещения Карточки товара и ограничение доступа к Личному кабинету применяются с направлением Поставщику мотивированного электронного уведомления в порядке и сроки, установленные законом. При устранении обстоятельств, послуживших основанием для меры, МП отменяет её в установленный законом срок.</w:t>
      </w:r>
    </w:p>
    <w:p w:rsidR="004339DC" w:rsidRPr="00F50F3A" w:rsidRDefault="00F16010" w:rsidP="00AE3A84">
      <w:pPr>
        <w:spacing w:after="40" w:line="240" w:lineRule="auto"/>
        <w:ind w:firstLine="720"/>
        <w:jc w:val="both"/>
        <w:rPr>
          <w:lang w:val="ru-RU"/>
        </w:rPr>
      </w:pPr>
      <w:r w:rsidRPr="00F50F3A">
        <w:rPr>
          <w:rFonts w:eastAsia="Times New Roman"/>
          <w:lang w:val="ru-RU"/>
        </w:rPr>
        <w:t>Если к Платформе применяется Федеральный закон № 289-ФЗ, МП обеспечивает Поставщику систему досудебного рассмотрения жалоб в электронной форме. Ответ на жалобу по действиям (бездействию), указанным в статье 14 названного закона, направляется не позднее 15 дней со дня подачи. При признании жалобы обоснованной применённая мера отменяется в установленный законом срок.</w:t>
      </w:r>
    </w:p>
    <w:p w:rsidR="004339DC" w:rsidRPr="00F50F3A" w:rsidRDefault="00F16010" w:rsidP="00AE3A84">
      <w:pPr>
        <w:spacing w:before="160" w:after="80"/>
        <w:jc w:val="center"/>
        <w:rPr>
          <w:lang w:val="ru-RU"/>
        </w:rPr>
      </w:pPr>
      <w:r w:rsidRPr="00F50F3A">
        <w:rPr>
          <w:rFonts w:eastAsia="Times New Roman"/>
          <w:b/>
          <w:sz w:val="23"/>
          <w:lang w:val="ru-RU"/>
        </w:rPr>
        <w:t>РАСТОРЖЕНИЕ ДОГОВОРА И ДЕАКТИВАЦИЯ ЛИЧНОГО КАБИНЕТА</w:t>
      </w:r>
    </w:p>
    <w:p w:rsidR="004339DC" w:rsidRPr="00F50F3A" w:rsidRDefault="00F16010" w:rsidP="00AE3A84">
      <w:pPr>
        <w:spacing w:after="40" w:line="240" w:lineRule="auto"/>
        <w:ind w:firstLine="720"/>
        <w:jc w:val="both"/>
        <w:rPr>
          <w:lang w:val="ru-RU"/>
        </w:rPr>
      </w:pPr>
      <w:proofErr w:type="gramStart"/>
      <w:r w:rsidRPr="00F50F3A">
        <w:rPr>
          <w:rFonts w:eastAsia="Times New Roman"/>
          <w:lang w:val="ru-RU"/>
        </w:rPr>
        <w:t>Договор</w:t>
      </w:r>
      <w:proofErr w:type="gramEnd"/>
      <w:r w:rsidRPr="00F50F3A">
        <w:rPr>
          <w:rFonts w:eastAsia="Times New Roman"/>
          <w:lang w:val="ru-RU"/>
        </w:rPr>
        <w:t xml:space="preserve"> может быть расторгнут любой из его сторон во внесудебном порядке путём направления уведомления. Датой расторжения будет дата, наступающая через 30 (Тридцать) календарных дней </w:t>
      </w:r>
      <w:proofErr w:type="gramStart"/>
      <w:r w:rsidRPr="00F50F3A">
        <w:rPr>
          <w:rFonts w:eastAsia="Times New Roman"/>
          <w:lang w:val="ru-RU"/>
        </w:rPr>
        <w:t>с даты</w:t>
      </w:r>
      <w:proofErr w:type="gramEnd"/>
      <w:r w:rsidRPr="00F50F3A">
        <w:rPr>
          <w:rFonts w:eastAsia="Times New Roman"/>
          <w:lang w:val="ru-RU"/>
        </w:rPr>
        <w:t xml:space="preserve"> такого уведомления. Расторжение Договора осуществляется в следующем порядке:</w:t>
      </w:r>
    </w:p>
    <w:p w:rsidR="004339DC" w:rsidRPr="00F50F3A" w:rsidRDefault="00F16010" w:rsidP="00F50F3A">
      <w:pPr>
        <w:spacing w:after="40" w:line="240" w:lineRule="auto"/>
        <w:jc w:val="both"/>
        <w:rPr>
          <w:lang w:val="ru-RU"/>
        </w:rPr>
      </w:pPr>
      <w:r w:rsidRPr="00F50F3A">
        <w:rPr>
          <w:rFonts w:eastAsia="Times New Roman"/>
          <w:lang w:val="ru-RU"/>
        </w:rPr>
        <w:lastRenderedPageBreak/>
        <w:t>(а) до даты расторжения стороны проводят сверку окончательных Отчётных документов, предусмотренных Договором;</w:t>
      </w:r>
    </w:p>
    <w:p w:rsidR="004339DC" w:rsidRPr="00F50F3A" w:rsidRDefault="00F16010" w:rsidP="00F50F3A">
      <w:pPr>
        <w:spacing w:after="40" w:line="240" w:lineRule="auto"/>
        <w:jc w:val="both"/>
        <w:rPr>
          <w:lang w:val="ru-RU"/>
        </w:rPr>
      </w:pPr>
      <w:r w:rsidRPr="00F50F3A">
        <w:rPr>
          <w:rFonts w:eastAsia="Times New Roman"/>
          <w:lang w:val="ru-RU"/>
        </w:rPr>
        <w:t>(б) не позднее даты расторжения стороны проводят окончательные взаиморасчёты на условиях Договора; и</w:t>
      </w:r>
    </w:p>
    <w:p w:rsidR="004339DC" w:rsidRPr="00F50F3A" w:rsidRDefault="00F16010" w:rsidP="00F50F3A">
      <w:pPr>
        <w:spacing w:after="40" w:line="240" w:lineRule="auto"/>
        <w:jc w:val="both"/>
        <w:rPr>
          <w:lang w:val="ru-RU"/>
        </w:rPr>
      </w:pPr>
      <w:r w:rsidRPr="00F50F3A">
        <w:rPr>
          <w:rFonts w:eastAsia="Times New Roman"/>
          <w:lang w:val="ru-RU"/>
        </w:rPr>
        <w:t>(в) в дату расторжения МП прекращает оказание Услуг (в том числе техническое и информационное обслуживание Поставщика) и деактивирует Личный кабинет, делая его недоступным для Поставщика.</w:t>
      </w:r>
    </w:p>
    <w:p w:rsidR="004339DC" w:rsidRPr="00F50F3A" w:rsidRDefault="00F16010" w:rsidP="00AE3A84">
      <w:pPr>
        <w:spacing w:after="40" w:line="240" w:lineRule="auto"/>
        <w:ind w:firstLine="720"/>
        <w:jc w:val="both"/>
        <w:rPr>
          <w:lang w:val="ru-RU"/>
        </w:rPr>
      </w:pPr>
      <w:r w:rsidRPr="00F50F3A">
        <w:rPr>
          <w:rFonts w:eastAsia="Times New Roman"/>
          <w:lang w:val="ru-RU"/>
        </w:rPr>
        <w:t>МП вправе в одностороннем внесудебном порядке отказаться от исполнения Договора путём направления уведомления, при этом датой расторжения будет дата направления такого уведомления:</w:t>
      </w:r>
    </w:p>
    <w:p w:rsidR="004339DC" w:rsidRPr="00F50F3A" w:rsidRDefault="00F16010" w:rsidP="00F50F3A">
      <w:pPr>
        <w:spacing w:after="40" w:line="240" w:lineRule="auto"/>
        <w:jc w:val="both"/>
        <w:rPr>
          <w:lang w:val="ru-RU"/>
        </w:rPr>
      </w:pPr>
      <w:r w:rsidRPr="00F50F3A">
        <w:rPr>
          <w:rFonts w:eastAsia="Times New Roman"/>
          <w:lang w:val="ru-RU"/>
        </w:rPr>
        <w:t>(а) если любое из Заверений оказывается недостоверным, недействительным, неточным или вводящим в заблуждение;</w:t>
      </w:r>
    </w:p>
    <w:p w:rsidR="004339DC" w:rsidRPr="00F50F3A" w:rsidRDefault="00F16010" w:rsidP="00F50F3A">
      <w:pPr>
        <w:spacing w:after="40" w:line="240" w:lineRule="auto"/>
        <w:jc w:val="both"/>
        <w:rPr>
          <w:lang w:val="ru-RU"/>
        </w:rPr>
      </w:pPr>
      <w:proofErr w:type="gramStart"/>
      <w:r w:rsidRPr="00F50F3A">
        <w:rPr>
          <w:rFonts w:eastAsia="Times New Roman"/>
          <w:lang w:val="ru-RU"/>
        </w:rPr>
        <w:t xml:space="preserve">(б) если Поставщик допускает существенные нарушения обязательств по Договору, такие как: предоставление недостоверной информации о товаре, </w:t>
      </w:r>
      <w:proofErr w:type="spellStart"/>
      <w:r w:rsidRPr="00F50F3A">
        <w:rPr>
          <w:rFonts w:eastAsia="Times New Roman"/>
          <w:lang w:val="ru-RU"/>
        </w:rPr>
        <w:t>непредоставление</w:t>
      </w:r>
      <w:proofErr w:type="spellEnd"/>
      <w:r w:rsidRPr="00F50F3A">
        <w:rPr>
          <w:rFonts w:eastAsia="Times New Roman"/>
          <w:lang w:val="ru-RU"/>
        </w:rPr>
        <w:t xml:space="preserve"> информации по запросу </w:t>
      </w:r>
      <w:proofErr w:type="spellStart"/>
      <w:r w:rsidRPr="00F50F3A">
        <w:rPr>
          <w:rFonts w:eastAsia="Times New Roman"/>
          <w:lang w:val="ru-RU"/>
        </w:rPr>
        <w:t>Маркетплейса</w:t>
      </w:r>
      <w:proofErr w:type="spellEnd"/>
      <w:r w:rsidRPr="00F50F3A">
        <w:rPr>
          <w:rFonts w:eastAsia="Times New Roman"/>
          <w:lang w:val="ru-RU"/>
        </w:rPr>
        <w:t xml:space="preserve"> или препятствие </w:t>
      </w:r>
      <w:proofErr w:type="spellStart"/>
      <w:r w:rsidRPr="00F50F3A">
        <w:rPr>
          <w:rFonts w:eastAsia="Times New Roman"/>
          <w:lang w:val="ru-RU"/>
        </w:rPr>
        <w:t>Маркетплейсу</w:t>
      </w:r>
      <w:proofErr w:type="spellEnd"/>
      <w:r w:rsidRPr="00F50F3A">
        <w:rPr>
          <w:rFonts w:eastAsia="Times New Roman"/>
          <w:lang w:val="ru-RU"/>
        </w:rPr>
        <w:t xml:space="preserve"> в проведении проверок товара и Карточек Товара на предмет соответствия требованиям Платформы, нарушение исключительных прав третьих лиц, передача некачественного товара либо контрафакта для реализации, нарушение платежных обязательств, неоднократный </w:t>
      </w:r>
      <w:proofErr w:type="spellStart"/>
      <w:r w:rsidRPr="00F50F3A">
        <w:rPr>
          <w:rFonts w:eastAsia="Times New Roman"/>
          <w:lang w:val="ru-RU"/>
        </w:rPr>
        <w:t>невывоз</w:t>
      </w:r>
      <w:proofErr w:type="spellEnd"/>
      <w:r w:rsidRPr="00F50F3A">
        <w:rPr>
          <w:rFonts w:eastAsia="Times New Roman"/>
          <w:lang w:val="ru-RU"/>
        </w:rPr>
        <w:t xml:space="preserve"> товаров в соответствии с условиями договора;</w:t>
      </w:r>
      <w:proofErr w:type="gramEnd"/>
    </w:p>
    <w:p w:rsidR="004339DC" w:rsidRPr="00F50F3A" w:rsidRDefault="00F16010" w:rsidP="00F50F3A">
      <w:pPr>
        <w:spacing w:after="40" w:line="240" w:lineRule="auto"/>
        <w:jc w:val="both"/>
        <w:rPr>
          <w:lang w:val="ru-RU"/>
        </w:rPr>
      </w:pPr>
      <w:r w:rsidRPr="00F50F3A">
        <w:rPr>
          <w:rFonts w:eastAsia="Times New Roman"/>
          <w:lang w:val="ru-RU"/>
        </w:rPr>
        <w:t>(в) в иных случаях, предусмотренных законодательством или Договором.</w:t>
      </w:r>
    </w:p>
    <w:p w:rsidR="004339DC" w:rsidRPr="00F50F3A" w:rsidRDefault="00F16010" w:rsidP="00AE3A84">
      <w:pPr>
        <w:spacing w:after="40" w:line="240" w:lineRule="auto"/>
        <w:ind w:firstLine="720"/>
        <w:jc w:val="both"/>
        <w:rPr>
          <w:lang w:val="ru-RU"/>
        </w:rPr>
      </w:pPr>
      <w:r w:rsidRPr="00F50F3A">
        <w:rPr>
          <w:rFonts w:eastAsia="Times New Roman"/>
          <w:lang w:val="ru-RU"/>
        </w:rPr>
        <w:t>После даты расторжения Договора Стороны обеспечивают исполнение размещённых, но незавершённых Заказов и продолжают необходимые коммуникации по таким Заказам и возвратам. Возвращённый после расторжения Товар остаётся собственностью Поставщика либо лица, которому право собственности принадлежит по закону. МП не вправе продавать или иным образом распоряжаться таким Товаром без отдельного законного основания или специального письменного поручения Поставщика.</w:t>
      </w:r>
    </w:p>
    <w:p w:rsidR="004339DC" w:rsidRPr="00F50F3A" w:rsidRDefault="00F16010" w:rsidP="00AE3A84">
      <w:pPr>
        <w:spacing w:before="160" w:after="80"/>
        <w:jc w:val="center"/>
        <w:rPr>
          <w:lang w:val="ru-RU"/>
        </w:rPr>
      </w:pPr>
      <w:r w:rsidRPr="00F50F3A">
        <w:rPr>
          <w:rFonts w:eastAsia="Times New Roman"/>
          <w:b/>
          <w:sz w:val="23"/>
          <w:lang w:val="ru-RU"/>
        </w:rPr>
        <w:t>КОММУНИКАЦИЯ МЕЖДУ СТОРОНАМИ</w:t>
      </w:r>
    </w:p>
    <w:p w:rsidR="004339DC" w:rsidRPr="00F50F3A" w:rsidRDefault="00F16010" w:rsidP="00AE3A84">
      <w:pPr>
        <w:spacing w:after="40" w:line="240" w:lineRule="auto"/>
        <w:ind w:firstLine="720"/>
        <w:jc w:val="both"/>
        <w:rPr>
          <w:lang w:val="ru-RU"/>
        </w:rPr>
      </w:pPr>
      <w:r w:rsidRPr="00F50F3A">
        <w:rPr>
          <w:rFonts w:eastAsia="Times New Roman"/>
          <w:lang w:val="ru-RU"/>
        </w:rPr>
        <w:t>Если Договором прямо не предусмотрено иное, любая официальная переписка и коммуникация между сторонами и все сообщения и/или уведомления по Договору, включая, помимо прочего, Уведомления:</w:t>
      </w:r>
    </w:p>
    <w:p w:rsidR="004339DC" w:rsidRPr="00F50F3A" w:rsidRDefault="00F16010" w:rsidP="00F50F3A">
      <w:pPr>
        <w:spacing w:after="40" w:line="240" w:lineRule="auto"/>
        <w:jc w:val="both"/>
        <w:rPr>
          <w:lang w:val="ru-RU"/>
        </w:rPr>
      </w:pPr>
      <w:r w:rsidRPr="00F50F3A">
        <w:rPr>
          <w:rFonts w:eastAsia="Times New Roman"/>
          <w:lang w:val="ru-RU"/>
        </w:rPr>
        <w:t>(а) оформляются в виде электронных сообщений на русском языке;</w:t>
      </w:r>
    </w:p>
    <w:p w:rsidR="004339DC" w:rsidRPr="00F50F3A" w:rsidRDefault="00F16010" w:rsidP="00F50F3A">
      <w:pPr>
        <w:spacing w:after="40" w:line="240" w:lineRule="auto"/>
        <w:jc w:val="both"/>
        <w:rPr>
          <w:lang w:val="ru-RU"/>
        </w:rPr>
      </w:pPr>
      <w:r w:rsidRPr="00F50F3A">
        <w:rPr>
          <w:rFonts w:eastAsia="Times New Roman"/>
          <w:lang w:val="ru-RU"/>
        </w:rPr>
        <w:t xml:space="preserve">(б) направляются через Личный кабинет с копией на адрес электронной почты получателя (Поставщику – на адрес электронной почты, указанный в качестве логина при регистрации на Платформе, </w:t>
      </w:r>
      <w:proofErr w:type="spellStart"/>
      <w:r w:rsidRPr="00F50F3A">
        <w:rPr>
          <w:rFonts w:eastAsia="Times New Roman"/>
          <w:lang w:val="ru-RU"/>
        </w:rPr>
        <w:t>Маркетплейсу</w:t>
      </w:r>
      <w:proofErr w:type="spellEnd"/>
      <w:r w:rsidRPr="00F50F3A">
        <w:rPr>
          <w:rFonts w:eastAsia="Times New Roman"/>
          <w:lang w:val="ru-RU"/>
        </w:rPr>
        <w:t xml:space="preserve"> – на адрес электронной почты): </w:t>
      </w:r>
      <w:hyperlink r:id="rId9" w:history="1">
        <w:r w:rsidR="00AE3A84" w:rsidRPr="005C0EDF">
          <w:rPr>
            <w:rStyle w:val="aff8"/>
            <w:rFonts w:eastAsia="Times New Roman"/>
            <w:lang w:val="ru-RU"/>
          </w:rPr>
          <w:t>mashuk.express@yandex.ru</w:t>
        </w:r>
      </w:hyperlink>
      <w:r w:rsidR="00AE3A84">
        <w:rPr>
          <w:rFonts w:eastAsia="Times New Roman"/>
          <w:lang w:val="ru-RU"/>
        </w:rPr>
        <w:t xml:space="preserve"> </w:t>
      </w:r>
      <w:r w:rsidRPr="00F50F3A">
        <w:rPr>
          <w:rFonts w:eastAsia="Times New Roman"/>
          <w:lang w:val="ru-RU"/>
        </w:rPr>
        <w:t>и</w:t>
      </w:r>
    </w:p>
    <w:p w:rsidR="004339DC" w:rsidRPr="00F50F3A" w:rsidRDefault="00F16010" w:rsidP="00F50F3A">
      <w:pPr>
        <w:spacing w:after="40" w:line="240" w:lineRule="auto"/>
        <w:jc w:val="both"/>
        <w:rPr>
          <w:lang w:val="ru-RU"/>
        </w:rPr>
      </w:pPr>
      <w:r w:rsidRPr="00F50F3A">
        <w:rPr>
          <w:rFonts w:eastAsia="Times New Roman"/>
          <w:lang w:val="ru-RU"/>
        </w:rPr>
        <w:t>(в) считаются полученными в день отправки (при отправке с 00:00 до 20:00 по московскому времени) либо на следующий день после отправки (при отправке с 20:00 до 00:00 по московскому времени).</w:t>
      </w:r>
    </w:p>
    <w:p w:rsidR="004339DC" w:rsidRPr="00F50F3A" w:rsidRDefault="00F16010" w:rsidP="00F50F3A">
      <w:pPr>
        <w:spacing w:after="40" w:line="240" w:lineRule="auto"/>
        <w:jc w:val="both"/>
        <w:rPr>
          <w:lang w:val="ru-RU"/>
        </w:rPr>
      </w:pPr>
      <w:r w:rsidRPr="00F50F3A">
        <w:rPr>
          <w:rFonts w:eastAsia="Times New Roman"/>
          <w:lang w:val="ru-RU"/>
        </w:rPr>
        <w:t xml:space="preserve">Стороны обязаны сообщать друг другу об изменениях своих юридических адресов, реквизитов, номеров телефонов и адресов электронной почты в течение 1 (одного) рабочего дня </w:t>
      </w:r>
      <w:proofErr w:type="gramStart"/>
      <w:r w:rsidRPr="00F50F3A">
        <w:rPr>
          <w:rFonts w:eastAsia="Times New Roman"/>
          <w:lang w:val="ru-RU"/>
        </w:rPr>
        <w:t>с даты изменений</w:t>
      </w:r>
      <w:proofErr w:type="gramEnd"/>
      <w:r w:rsidRPr="00F50F3A">
        <w:rPr>
          <w:rFonts w:eastAsia="Times New Roman"/>
          <w:lang w:val="ru-RU"/>
        </w:rPr>
        <w:t>. МП вносит изменения в информацию о Поставщике на Сайте в течение 1 (одного) рабочего дня, а в платежные реквизит</w:t>
      </w:r>
      <w:proofErr w:type="gramStart"/>
      <w:r w:rsidRPr="00F50F3A">
        <w:rPr>
          <w:rFonts w:eastAsia="Times New Roman"/>
          <w:lang w:val="ru-RU"/>
        </w:rPr>
        <w:t>ы–</w:t>
      </w:r>
      <w:proofErr w:type="gramEnd"/>
      <w:r w:rsidRPr="00F50F3A">
        <w:rPr>
          <w:rFonts w:eastAsia="Times New Roman"/>
          <w:lang w:val="ru-RU"/>
        </w:rPr>
        <w:t xml:space="preserve"> в течение 7 (семи) календарных дней с даты сообщения.</w:t>
      </w:r>
    </w:p>
    <w:p w:rsidR="004339DC" w:rsidRPr="00F50F3A" w:rsidRDefault="00F16010" w:rsidP="00AE3A84">
      <w:pPr>
        <w:spacing w:after="40" w:line="240" w:lineRule="auto"/>
        <w:ind w:firstLine="720"/>
        <w:jc w:val="both"/>
        <w:rPr>
          <w:lang w:val="ru-RU"/>
        </w:rPr>
      </w:pPr>
      <w:proofErr w:type="gramStart"/>
      <w:r w:rsidRPr="00F50F3A">
        <w:rPr>
          <w:rFonts w:eastAsia="Times New Roman"/>
          <w:lang w:val="ru-RU"/>
        </w:rPr>
        <w:t xml:space="preserve">МП обеспечивает консультирование Поставщика (по электронному адресу: </w:t>
      </w:r>
      <w:hyperlink r:id="rId10" w:history="1">
        <w:r w:rsidR="00AE3A84" w:rsidRPr="005C0EDF">
          <w:rPr>
            <w:rStyle w:val="aff8"/>
            <w:rFonts w:eastAsia="Times New Roman"/>
            <w:lang w:val="ru-RU"/>
          </w:rPr>
          <w:t>mashuk.express@yandex.ru</w:t>
        </w:r>
      </w:hyperlink>
      <w:r w:rsidR="00AE3A84">
        <w:rPr>
          <w:rFonts w:eastAsia="Times New Roman"/>
          <w:lang w:val="ru-RU"/>
        </w:rPr>
        <w:t xml:space="preserve"> </w:t>
      </w:r>
      <w:r w:rsidRPr="00F50F3A">
        <w:rPr>
          <w:rFonts w:eastAsia="Times New Roman"/>
          <w:lang w:val="ru-RU"/>
        </w:rPr>
        <w:t>по любым вопросам, связанным с продажей товаров на Платформе, ежедневно 09:00-18:00 (время Московское).</w:t>
      </w:r>
      <w:proofErr w:type="gramEnd"/>
      <w:r w:rsidRPr="00F50F3A">
        <w:rPr>
          <w:rFonts w:eastAsia="Times New Roman"/>
          <w:lang w:val="ru-RU"/>
        </w:rPr>
        <w:t xml:space="preserve"> Любое устное обращение в службу поддержки считается полученным в момент его регистрации службой поддержки.</w:t>
      </w:r>
    </w:p>
    <w:p w:rsidR="004339DC" w:rsidRPr="00F50F3A" w:rsidRDefault="00F16010" w:rsidP="00AE3A84">
      <w:pPr>
        <w:spacing w:after="40" w:line="240" w:lineRule="auto"/>
        <w:ind w:firstLine="720"/>
        <w:jc w:val="both"/>
        <w:rPr>
          <w:lang w:val="ru-RU"/>
        </w:rPr>
      </w:pPr>
      <w:r w:rsidRPr="00F50F3A">
        <w:rPr>
          <w:rFonts w:eastAsia="Times New Roman"/>
          <w:lang w:val="ru-RU"/>
        </w:rPr>
        <w:t xml:space="preserve">Поставщик подтверждает согласие на получение служебных уведомлений, необходимых для исполнения Договора, по электронной почте, номеру телефона и через Личный кабинет. Рекламные сообщения о сервисах и продуктах </w:t>
      </w:r>
      <w:proofErr w:type="spellStart"/>
      <w:r w:rsidRPr="00F50F3A">
        <w:rPr>
          <w:rFonts w:eastAsia="Times New Roman"/>
          <w:lang w:val="ru-RU"/>
        </w:rPr>
        <w:t>Маркетплейса</w:t>
      </w:r>
      <w:proofErr w:type="spellEnd"/>
      <w:r w:rsidRPr="00F50F3A">
        <w:rPr>
          <w:rFonts w:eastAsia="Times New Roman"/>
          <w:lang w:val="ru-RU"/>
        </w:rPr>
        <w:t xml:space="preserve"> направляются при наличии отдельного предварительного согласия адресата, если такое согласие требуется законодательством Российской Федерации.</w:t>
      </w:r>
    </w:p>
    <w:p w:rsidR="004339DC" w:rsidRPr="00F50F3A" w:rsidRDefault="00F16010" w:rsidP="0019463E">
      <w:pPr>
        <w:spacing w:after="40" w:line="240" w:lineRule="auto"/>
        <w:ind w:firstLine="720"/>
        <w:jc w:val="both"/>
        <w:rPr>
          <w:lang w:val="ru-RU"/>
        </w:rPr>
      </w:pPr>
      <w:r w:rsidRPr="00F50F3A">
        <w:rPr>
          <w:rFonts w:eastAsia="Times New Roman"/>
          <w:lang w:val="ru-RU"/>
        </w:rPr>
        <w:t>Для целей настоящего договора под рабочим часом подразумевается час во временном промежутке с 09:00 до 18:00 по Московскому времени в 5-ти дневной рабочей неделе (с понедельника по пятницу), за исключением государственных выходных и праздничных дней. Для цели согласования заказов применятся часовой пояс местонахождения Поставщика.</w:t>
      </w:r>
    </w:p>
    <w:p w:rsidR="004339DC" w:rsidRPr="00F50F3A" w:rsidRDefault="00F16010" w:rsidP="0019463E">
      <w:pPr>
        <w:spacing w:before="160" w:after="80"/>
        <w:jc w:val="center"/>
        <w:rPr>
          <w:lang w:val="ru-RU"/>
        </w:rPr>
      </w:pPr>
      <w:r w:rsidRPr="00F50F3A">
        <w:rPr>
          <w:rFonts w:eastAsia="Times New Roman"/>
          <w:b/>
          <w:sz w:val="23"/>
          <w:lang w:val="ru-RU"/>
        </w:rPr>
        <w:t>ЗАВЕРЕНИЯ И ГАРАНТИИ</w:t>
      </w:r>
    </w:p>
    <w:p w:rsidR="004339DC" w:rsidRPr="00F50F3A" w:rsidRDefault="00F16010" w:rsidP="0019463E">
      <w:pPr>
        <w:spacing w:after="40" w:line="240" w:lineRule="auto"/>
        <w:ind w:firstLine="720"/>
        <w:jc w:val="both"/>
        <w:rPr>
          <w:lang w:val="ru-RU"/>
        </w:rPr>
      </w:pPr>
      <w:r w:rsidRPr="00F50F3A">
        <w:rPr>
          <w:rFonts w:eastAsia="Times New Roman"/>
          <w:lang w:val="ru-RU"/>
        </w:rPr>
        <w:t>Каждая Сторона дает следующие заверения:</w:t>
      </w:r>
    </w:p>
    <w:p w:rsidR="004339DC" w:rsidRPr="00F50F3A" w:rsidRDefault="00F16010" w:rsidP="00F50F3A">
      <w:pPr>
        <w:spacing w:after="40" w:line="240" w:lineRule="auto"/>
        <w:jc w:val="both"/>
        <w:rPr>
          <w:lang w:val="ru-RU"/>
        </w:rPr>
      </w:pPr>
      <w:r w:rsidRPr="00F50F3A">
        <w:rPr>
          <w:rFonts w:eastAsia="Times New Roman"/>
          <w:lang w:val="ru-RU"/>
        </w:rPr>
        <w:t xml:space="preserve">она должным образом зарегистрирована по законодательству Российской Федерации, соблюдает все применимые к ней требования законодательства, имеет все необходимые разрешения, лицензии и прочие документы для осуществления предпринимательской деятельности, и не является аффилированным лицом другой стороны и/или взаимозависимым лицом с другой стороной (в значении раздела </w:t>
      </w:r>
      <w:r>
        <w:rPr>
          <w:rFonts w:eastAsia="Times New Roman"/>
        </w:rPr>
        <w:t>V</w:t>
      </w:r>
      <w:r w:rsidRPr="00F50F3A">
        <w:rPr>
          <w:rFonts w:eastAsia="Times New Roman"/>
          <w:lang w:val="ru-RU"/>
        </w:rPr>
        <w:t>.1 Налогового кодекса Российской Федерации);</w:t>
      </w:r>
    </w:p>
    <w:p w:rsidR="004339DC" w:rsidRPr="00F50F3A" w:rsidRDefault="00F16010" w:rsidP="00F50F3A">
      <w:pPr>
        <w:spacing w:after="40" w:line="240" w:lineRule="auto"/>
        <w:jc w:val="both"/>
        <w:rPr>
          <w:lang w:val="ru-RU"/>
        </w:rPr>
      </w:pPr>
      <w:r w:rsidRPr="00F50F3A">
        <w:rPr>
          <w:rFonts w:eastAsia="Times New Roman"/>
          <w:lang w:val="ru-RU"/>
        </w:rPr>
        <w:lastRenderedPageBreak/>
        <w:t>ее представители, участвующие в заключени</w:t>
      </w:r>
      <w:proofErr w:type="gramStart"/>
      <w:r w:rsidRPr="00F50F3A">
        <w:rPr>
          <w:rFonts w:eastAsia="Times New Roman"/>
          <w:lang w:val="ru-RU"/>
        </w:rPr>
        <w:t>и</w:t>
      </w:r>
      <w:proofErr w:type="gramEnd"/>
      <w:r w:rsidRPr="00F50F3A">
        <w:rPr>
          <w:rFonts w:eastAsia="Times New Roman"/>
          <w:lang w:val="ru-RU"/>
        </w:rPr>
        <w:t xml:space="preserve"> Договора и акцептовавшие Договор (направляющее оферту, подтверждающее акцепт) и иные документы в рамках Договора, и/или осуществляющие любые действия в Личном кабинете, обладают всеми полномочиями для заключения Договора, иных документов в рамках Договора, осуществления любых действий в Личном кабинете, исполнения обязательств, принимаемых на себя по Договору и иным Документам на Платформе.</w:t>
      </w:r>
    </w:p>
    <w:p w:rsidR="004339DC" w:rsidRPr="00F50F3A" w:rsidRDefault="00F16010" w:rsidP="00F50F3A">
      <w:pPr>
        <w:spacing w:after="40" w:line="240" w:lineRule="auto"/>
        <w:jc w:val="both"/>
        <w:rPr>
          <w:lang w:val="ru-RU"/>
        </w:rPr>
      </w:pPr>
      <w:r w:rsidRPr="00F50F3A">
        <w:rPr>
          <w:rFonts w:eastAsia="Times New Roman"/>
          <w:lang w:val="ru-RU"/>
        </w:rPr>
        <w:t>вся информация, предоставленная Стороной другой Стороне в связи с настоящим Договором, соответствует действительности, является полной и точной во всех отношениях, и Стороны не скрывают никаких фактов, которые, если бы они стали известны, могли бы оказать неблагоприятное влияние на решение другой Стороны о заключении настоящего Договора.</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Сторона предприняла все одобрения, корпоративные и иные действия, в том числе, </w:t>
      </w:r>
      <w:proofErr w:type="gramStart"/>
      <w:r w:rsidRPr="00F50F3A">
        <w:rPr>
          <w:rFonts w:eastAsia="Times New Roman"/>
          <w:lang w:val="ru-RU"/>
        </w:rPr>
        <w:t>но</w:t>
      </w:r>
      <w:proofErr w:type="gramEnd"/>
      <w:r w:rsidRPr="00F50F3A">
        <w:rPr>
          <w:rFonts w:eastAsia="Times New Roman"/>
          <w:lang w:val="ru-RU"/>
        </w:rPr>
        <w:t xml:space="preserve"> не ограничиваясь, обеспечила получение согласия органа юридического лица, необходимые для заключения и исполнения настоящего Договора и иных документов в рамках Договора, и для обеспечения того, чтобы Договор и иные документы в рамках Договора являлись законными и обязательными для исполнения;</w:t>
      </w:r>
    </w:p>
    <w:p w:rsidR="004339DC" w:rsidRPr="00F50F3A" w:rsidRDefault="00F16010" w:rsidP="0019463E">
      <w:pPr>
        <w:spacing w:after="40" w:line="240" w:lineRule="auto"/>
        <w:ind w:firstLine="720"/>
        <w:jc w:val="both"/>
        <w:rPr>
          <w:lang w:val="ru-RU"/>
        </w:rPr>
      </w:pPr>
      <w:r w:rsidRPr="00F50F3A">
        <w:rPr>
          <w:rFonts w:eastAsia="Times New Roman"/>
          <w:lang w:val="ru-RU"/>
        </w:rPr>
        <w:t>Каждая Сторона обеспечит, чтобы указанные выше заверения об обстоятельствах сохраняли свою силу в течение всего срока действия Договора. Стороны обязуются немедленно уведомлять друг друга о фактах, в результате которых любые из их заверений могут измениться или стать не соответствующими действительности или вводящими в заблуждение.</w:t>
      </w:r>
    </w:p>
    <w:p w:rsidR="004339DC" w:rsidRPr="00F50F3A" w:rsidRDefault="00F16010" w:rsidP="0019463E">
      <w:pPr>
        <w:spacing w:after="40" w:line="240" w:lineRule="auto"/>
        <w:ind w:firstLine="720"/>
        <w:jc w:val="both"/>
        <w:rPr>
          <w:lang w:val="ru-RU"/>
        </w:rPr>
      </w:pPr>
      <w:r w:rsidRPr="00F50F3A">
        <w:rPr>
          <w:rFonts w:eastAsia="Times New Roman"/>
          <w:lang w:val="ru-RU"/>
        </w:rPr>
        <w:t>Поставщик подтверждает, что все гарантии, заверения об обстоятельствах и обязательства Поставщика, указанные в Договоре, а также гарантии, заявления, документы и прочая информация, предоставленная Поставщиком в любое время (Заверения), имеют существенное значение для заключения и исполнения Договора.</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Поставщик предоставляет </w:t>
      </w:r>
      <w:proofErr w:type="spellStart"/>
      <w:r w:rsidRPr="00F50F3A">
        <w:rPr>
          <w:rFonts w:eastAsia="Times New Roman"/>
          <w:lang w:val="ru-RU"/>
        </w:rPr>
        <w:t>Маркетплейсу</w:t>
      </w:r>
      <w:proofErr w:type="spellEnd"/>
      <w:r w:rsidRPr="00F50F3A">
        <w:rPr>
          <w:rFonts w:eastAsia="Times New Roman"/>
          <w:lang w:val="ru-RU"/>
        </w:rPr>
        <w:t xml:space="preserve"> следующие Заверения:</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Все Заверения являются достоверными, действительными, точными и не вводящими в заблуждение на  дату заключения Договора. При возникновении любых обстоятельств, которые могут свидетельствовать об их недостоверности, недействительности или неточности, Поставщик обязан незамедлительно сообщить </w:t>
      </w:r>
      <w:proofErr w:type="spellStart"/>
      <w:r w:rsidRPr="00F50F3A">
        <w:rPr>
          <w:rFonts w:eastAsia="Times New Roman"/>
          <w:lang w:val="ru-RU"/>
        </w:rPr>
        <w:t>Маркетплейсу</w:t>
      </w:r>
      <w:proofErr w:type="spellEnd"/>
      <w:r w:rsidRPr="00F50F3A">
        <w:rPr>
          <w:rFonts w:eastAsia="Times New Roman"/>
          <w:lang w:val="ru-RU"/>
        </w:rPr>
        <w:t xml:space="preserve"> об этом.</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Все документы и информация, предоставленные до заключения Договора и/или в процессе предварительной юридической и финансовой проверки Поставщика по внутренним процедурам </w:t>
      </w:r>
      <w:proofErr w:type="spellStart"/>
      <w:r w:rsidRPr="00F50F3A">
        <w:rPr>
          <w:rFonts w:eastAsia="Times New Roman"/>
          <w:lang w:val="ru-RU"/>
        </w:rPr>
        <w:t>Маркетплейса</w:t>
      </w:r>
      <w:proofErr w:type="spellEnd"/>
      <w:r w:rsidRPr="00F50F3A">
        <w:rPr>
          <w:rFonts w:eastAsia="Times New Roman"/>
          <w:lang w:val="ru-RU"/>
        </w:rPr>
        <w:t xml:space="preserve">, включая процедуры проверки добросовестности и проверки в области противодействия легализации доходов, полученных преступным путем (где применимо), были при их предоставлении достоверными, действительными, точными и не вводящими в заблуждение. </w:t>
      </w:r>
      <w:proofErr w:type="gramStart"/>
      <w:r w:rsidRPr="00F50F3A">
        <w:rPr>
          <w:rFonts w:eastAsia="Times New Roman"/>
          <w:lang w:val="ru-RU"/>
        </w:rPr>
        <w:t>Поставщик подтверждает, что обязуется выполнять требования (подтверждает, что выполняет требования) всех применимых законов, включая законы, связанные с противодействием легализации доходов, полученных преступным путем, противодействием коррупции и взяточничеству, с соблюдением санкций и противодействием незаконной торговле, запретом использования детского или принудительного труда, а также не предпринимать никаких действий, которые могут привести к нарушению таких законов, не способствовать, не поощрять и не побуждать</w:t>
      </w:r>
      <w:proofErr w:type="gramEnd"/>
      <w:r w:rsidRPr="00F50F3A">
        <w:rPr>
          <w:rFonts w:eastAsia="Times New Roman"/>
          <w:lang w:val="ru-RU"/>
        </w:rPr>
        <w:t xml:space="preserve"> кого-либо к участию в такой деятельности. Поставщик гарантирует и подтверждает внедрение достаточной и эффективной системы внутреннего контроля; мер для обнаружения и предотвращения дачи взяток и коммерческого подкупа с участием и (или) в отношении своих сотрудников в процессе осуществления ими своих должностных обязанностей; легализации доходов, полученных преступным путем; нарушения применимых санкций и незаконной торговли. Поставщик также подтверждает свое согласие с требованиями размещенных на Сайте политик </w:t>
      </w:r>
      <w:proofErr w:type="spellStart"/>
      <w:r w:rsidRPr="00F50F3A">
        <w:rPr>
          <w:rFonts w:eastAsia="Times New Roman"/>
          <w:lang w:val="ru-RU"/>
        </w:rPr>
        <w:t>Маркетплейса</w:t>
      </w:r>
      <w:proofErr w:type="spellEnd"/>
      <w:r w:rsidRPr="00F50F3A">
        <w:rPr>
          <w:rFonts w:eastAsia="Times New Roman"/>
          <w:lang w:val="ru-RU"/>
        </w:rPr>
        <w:t>. Поставщик подтверждает, что сдает отчетность и своевременно уплачивает все налоги и сборы в соответствии с законодательством РФ</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Поставщик обладает организационными, финансовыми, кадровыми и иными ресурсами, необходимыми для надлежащего исполнения Договора; </w:t>
      </w:r>
      <w:proofErr w:type="gramStart"/>
      <w:r w:rsidRPr="00F50F3A">
        <w:rPr>
          <w:rFonts w:eastAsia="Times New Roman"/>
          <w:lang w:val="ru-RU"/>
        </w:rPr>
        <w:t xml:space="preserve">не существует иных документов или информации, которые могли бы негативно повлиять на мнение </w:t>
      </w:r>
      <w:proofErr w:type="spellStart"/>
      <w:r w:rsidRPr="00F50F3A">
        <w:rPr>
          <w:rFonts w:eastAsia="Times New Roman"/>
          <w:lang w:val="ru-RU"/>
        </w:rPr>
        <w:t>Маркетплейса</w:t>
      </w:r>
      <w:proofErr w:type="spellEnd"/>
      <w:r w:rsidRPr="00F50F3A">
        <w:rPr>
          <w:rFonts w:eastAsia="Times New Roman"/>
          <w:lang w:val="ru-RU"/>
        </w:rPr>
        <w:t xml:space="preserve"> при оценке потенциальных рисков, связанных с заключением или исполнением Договора, и Поставщику неизвестны какие-либо факты, вопросы или иные обстоятельства, которые не были в письменном виде раскрыты </w:t>
      </w:r>
      <w:proofErr w:type="spellStart"/>
      <w:r w:rsidRPr="00F50F3A">
        <w:rPr>
          <w:rFonts w:eastAsia="Times New Roman"/>
          <w:lang w:val="ru-RU"/>
        </w:rPr>
        <w:t>Маркетплейсу</w:t>
      </w:r>
      <w:proofErr w:type="spellEnd"/>
      <w:r w:rsidRPr="00F50F3A">
        <w:rPr>
          <w:rFonts w:eastAsia="Times New Roman"/>
          <w:lang w:val="ru-RU"/>
        </w:rPr>
        <w:t xml:space="preserve">, раскрытие которых могло бы повлиять на желание </w:t>
      </w:r>
      <w:proofErr w:type="spellStart"/>
      <w:r w:rsidRPr="00F50F3A">
        <w:rPr>
          <w:rFonts w:eastAsia="Times New Roman"/>
          <w:lang w:val="ru-RU"/>
        </w:rPr>
        <w:t>Маркетплейса</w:t>
      </w:r>
      <w:proofErr w:type="spellEnd"/>
      <w:r w:rsidRPr="00F50F3A">
        <w:rPr>
          <w:rFonts w:eastAsia="Times New Roman"/>
          <w:lang w:val="ru-RU"/>
        </w:rPr>
        <w:t xml:space="preserve"> заключить Договор с Поставщиком.</w:t>
      </w:r>
      <w:proofErr w:type="gramEnd"/>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До момента заключения Договора Поставщик: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(а) не испытывал неравенства переговорных возможностей, а согласование иного содержания условий Договора не было существенно затруднено;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(б) имел разумную возможность ознакомиться с условиями Договора и участвовать в определении его условий путём предоставления своих замечаний по тексту Договора;</w:t>
      </w:r>
    </w:p>
    <w:p w:rsidR="004339DC" w:rsidRP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(в) внимательно ознакомился с условиями Договора </w:t>
      </w:r>
      <w:proofErr w:type="gramStart"/>
      <w:r w:rsidRPr="00F50F3A">
        <w:rPr>
          <w:rFonts w:eastAsia="Times New Roman"/>
          <w:lang w:val="ru-RU"/>
        </w:rPr>
        <w:t>и</w:t>
      </w:r>
      <w:proofErr w:type="gramEnd"/>
      <w:r w:rsidRPr="00F50F3A">
        <w:rPr>
          <w:rFonts w:eastAsia="Times New Roman"/>
          <w:lang w:val="ru-RU"/>
        </w:rPr>
        <w:t xml:space="preserve"> исходя из своих разумно понимаемых интересов самостоятельно принял все условия Договора целиком без изменений.</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lastRenderedPageBreak/>
        <w:t xml:space="preserve">Ни Договор целиком, ни </w:t>
      </w:r>
      <w:proofErr w:type="gramStart"/>
      <w:r w:rsidRPr="00F50F3A">
        <w:rPr>
          <w:rFonts w:eastAsia="Times New Roman"/>
          <w:lang w:val="ru-RU"/>
        </w:rPr>
        <w:t>какое-либо</w:t>
      </w:r>
      <w:proofErr w:type="gramEnd"/>
      <w:r w:rsidRPr="00F50F3A">
        <w:rPr>
          <w:rFonts w:eastAsia="Times New Roman"/>
          <w:lang w:val="ru-RU"/>
        </w:rPr>
        <w:t xml:space="preserve"> из его условий: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(а) не лишает Поставщика прав, обычно предоставляемых по договорам такого вида;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(б) не исключает и не ограничивает ответственность </w:t>
      </w:r>
      <w:proofErr w:type="spellStart"/>
      <w:r w:rsidRPr="00F50F3A">
        <w:rPr>
          <w:rFonts w:eastAsia="Times New Roman"/>
          <w:lang w:val="ru-RU"/>
        </w:rPr>
        <w:t>Маркетплейса</w:t>
      </w:r>
      <w:proofErr w:type="spellEnd"/>
      <w:r w:rsidRPr="00F50F3A">
        <w:rPr>
          <w:rFonts w:eastAsia="Times New Roman"/>
          <w:lang w:val="ru-RU"/>
        </w:rPr>
        <w:t xml:space="preserve"> за нарушение обязательств по Договору; и </w:t>
      </w:r>
    </w:p>
    <w:p w:rsidR="004339DC" w:rsidRPr="0019463E" w:rsidRDefault="00F16010" w:rsidP="0019463E">
      <w:pPr>
        <w:spacing w:after="40" w:line="240" w:lineRule="auto"/>
        <w:ind w:firstLine="720"/>
        <w:jc w:val="both"/>
        <w:rPr>
          <w:rFonts w:eastAsia="Times New Roman"/>
          <w:lang w:val="ru-RU"/>
        </w:rPr>
      </w:pPr>
      <w:r w:rsidRPr="00F50F3A">
        <w:rPr>
          <w:rFonts w:eastAsia="Times New Roman"/>
          <w:lang w:val="ru-RU"/>
        </w:rPr>
        <w:t>(в) не содержит явно обременительных для Поставщика условий.</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Ни одно из следующих событий не наступало и не имеет места в любую дату в течение срока действия Договора: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(а) Поставщик принимает решение о своей ликвидации;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(б) чистые активы Поставщика в любой момент времени в течение срока действия Договора имеют меньший размер, чем размер минимального уставного капитала, требуемого по законодательству Российской Федерации;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(в) Поставщик подаёт заявление о применении к нему процедуры банкротства или становится неплатежеспособным (банкротом) или объявляет мораторий на удовлетворение требований кредиторов или становится неспособным оплачивать свои долги; </w:t>
      </w:r>
    </w:p>
    <w:p w:rsidR="004339DC" w:rsidRPr="00F50F3A" w:rsidRDefault="00F16010" w:rsidP="0019463E">
      <w:pPr>
        <w:spacing w:after="40" w:line="240" w:lineRule="auto"/>
        <w:ind w:firstLine="720"/>
        <w:jc w:val="both"/>
        <w:rPr>
          <w:lang w:val="ru-RU"/>
        </w:rPr>
      </w:pPr>
      <w:r w:rsidRPr="00F50F3A">
        <w:rPr>
          <w:rFonts w:eastAsia="Times New Roman"/>
          <w:lang w:val="ru-RU"/>
        </w:rPr>
        <w:t>(г) Поставщик подаёт заявление о назначении арбитражного управляющего, временного управляющего, внешнего управляющего или управляющего конкурсной массой или соглашается с таким назначение.</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Подписание или исполнение Договора, не является нарушением и не приведёт к нарушению: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(а) устава   или иных корпоративных или прочих внутренних документов Поставщика;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(б) положений каких-либо законодательных или нормативных актов Российской Федерации;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(в) каких-либо применимых к Поставщику приказов или решений, вынесенных судами, арбитражными или третейскими судами, или государственными учреждениями; или </w:t>
      </w:r>
    </w:p>
    <w:p w:rsidR="004339DC" w:rsidRPr="00F50F3A" w:rsidRDefault="00F16010" w:rsidP="0019463E">
      <w:pPr>
        <w:spacing w:after="40" w:line="240" w:lineRule="auto"/>
        <w:ind w:firstLine="720"/>
        <w:jc w:val="both"/>
        <w:rPr>
          <w:lang w:val="ru-RU"/>
        </w:rPr>
      </w:pPr>
      <w:r w:rsidRPr="00F50F3A">
        <w:rPr>
          <w:rFonts w:eastAsia="Times New Roman"/>
          <w:lang w:val="ru-RU"/>
        </w:rPr>
        <w:t>(г) каких бы то ни было условий или положений любых иных соглашений или Договоров, стороной по которым является Поставщик, или таких, которые являются обязательными для Поставщика; а также не приведёт к неисполнению обязательств по любому такому соглашению или Договору.</w:t>
      </w:r>
    </w:p>
    <w:p w:rsidR="004339DC" w:rsidRPr="00F50F3A" w:rsidRDefault="00F16010" w:rsidP="0019463E">
      <w:pPr>
        <w:spacing w:after="40" w:line="240" w:lineRule="auto"/>
        <w:ind w:firstLine="720"/>
        <w:jc w:val="both"/>
        <w:rPr>
          <w:lang w:val="ru-RU"/>
        </w:rPr>
      </w:pPr>
      <w:proofErr w:type="gramStart"/>
      <w:r w:rsidRPr="00F50F3A">
        <w:rPr>
          <w:rFonts w:eastAsia="Times New Roman"/>
          <w:lang w:val="ru-RU"/>
        </w:rPr>
        <w:t xml:space="preserve">Каждая единица Товара соответствует всем требованиям предъявляемым законодательством РФ и Договором (в той степени, в которой к ней применимы такие требования); и Поставщик обязуется соблюдать все требования </w:t>
      </w:r>
      <w:proofErr w:type="spellStart"/>
      <w:r w:rsidRPr="00F50F3A">
        <w:rPr>
          <w:rFonts w:eastAsia="Times New Roman"/>
          <w:lang w:val="ru-RU"/>
        </w:rPr>
        <w:t>Маркетплейса</w:t>
      </w:r>
      <w:proofErr w:type="spellEnd"/>
      <w:r w:rsidRPr="00F50F3A">
        <w:rPr>
          <w:rFonts w:eastAsia="Times New Roman"/>
          <w:lang w:val="ru-RU"/>
        </w:rPr>
        <w:t xml:space="preserve"> к перечню размещаемых товаров, качеству их изображений, описанию товаров, а также иных требований в части информации, передаваемой Поставщиком на Платформу через его Личный кабинет.</w:t>
      </w:r>
      <w:proofErr w:type="gramEnd"/>
      <w:r w:rsidRPr="00F50F3A">
        <w:rPr>
          <w:rFonts w:eastAsia="Times New Roman"/>
          <w:lang w:val="ru-RU"/>
        </w:rPr>
        <w:t xml:space="preserve"> Поставщик обязан оказывать содействие при проведении проверки со стороны </w:t>
      </w:r>
      <w:proofErr w:type="spellStart"/>
      <w:r w:rsidRPr="00F50F3A">
        <w:rPr>
          <w:rFonts w:eastAsia="Times New Roman"/>
          <w:lang w:val="ru-RU"/>
        </w:rPr>
        <w:t>Маркетплейса</w:t>
      </w:r>
      <w:proofErr w:type="spellEnd"/>
      <w:r w:rsidRPr="00F50F3A">
        <w:rPr>
          <w:rFonts w:eastAsia="Times New Roman"/>
          <w:lang w:val="ru-RU"/>
        </w:rPr>
        <w:t xml:space="preserve"> товаров и Карточек товаров на соответствие требованиям законодательства РФ и Договора, а также исполнять решения </w:t>
      </w:r>
      <w:proofErr w:type="spellStart"/>
      <w:r w:rsidRPr="00F50F3A">
        <w:rPr>
          <w:rFonts w:eastAsia="Times New Roman"/>
          <w:lang w:val="ru-RU"/>
        </w:rPr>
        <w:t>Маркетплейса</w:t>
      </w:r>
      <w:proofErr w:type="spellEnd"/>
      <w:r w:rsidRPr="00F50F3A">
        <w:rPr>
          <w:rFonts w:eastAsia="Times New Roman"/>
          <w:lang w:val="ru-RU"/>
        </w:rPr>
        <w:t>, принятые по результатам проведения таких проверок.</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В Карточке товара, на изображениях Товара и в его описаниях, рекламно-маркетинговой информации (включая, </w:t>
      </w:r>
      <w:proofErr w:type="gramStart"/>
      <w:r w:rsidRPr="00F50F3A">
        <w:rPr>
          <w:rFonts w:eastAsia="Times New Roman"/>
          <w:lang w:val="ru-RU"/>
        </w:rPr>
        <w:t>но</w:t>
      </w:r>
      <w:proofErr w:type="gramEnd"/>
      <w:r w:rsidRPr="00F50F3A">
        <w:rPr>
          <w:rFonts w:eastAsia="Times New Roman"/>
          <w:lang w:val="ru-RU"/>
        </w:rPr>
        <w:t xml:space="preserve"> не ограничиваясь, вложения рекламных материалов в передаваемый заказ или упаковку товара) отсутствуют водяные знаки, ссылки на интернет-сайт Поставщика или иные ресурсы в сети Интернет (за исключением информации о сайте Поставщика, производителя и/или импортера на самом товаре или его упаковке).</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Создаваемые Поставщиком Карточки товаров, информация в них, а также иные материалы и информация, передаваемая </w:t>
      </w:r>
      <w:proofErr w:type="spellStart"/>
      <w:r w:rsidRPr="00F50F3A">
        <w:rPr>
          <w:rFonts w:eastAsia="Times New Roman"/>
          <w:lang w:val="ru-RU"/>
        </w:rPr>
        <w:t>Маркетплейсу</w:t>
      </w:r>
      <w:proofErr w:type="spellEnd"/>
      <w:r w:rsidRPr="00F50F3A">
        <w:rPr>
          <w:rFonts w:eastAsia="Times New Roman"/>
          <w:lang w:val="ru-RU"/>
        </w:rPr>
        <w:t xml:space="preserve"> в связи с Договором: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(а) не нарушают требований законодательства Российской Федерации, законных интересов и прав третьих лиц (в том числе, без ограничений, права на результаты интеллектуальной деятельности) и допустимы для размещения в сети Интернет; и </w:t>
      </w:r>
    </w:p>
    <w:p w:rsidR="004339DC" w:rsidRPr="00F50F3A" w:rsidRDefault="00F16010" w:rsidP="0019463E">
      <w:pPr>
        <w:spacing w:after="40" w:line="240" w:lineRule="auto"/>
        <w:ind w:firstLine="720"/>
        <w:jc w:val="both"/>
        <w:rPr>
          <w:lang w:val="ru-RU"/>
        </w:rPr>
      </w:pPr>
      <w:proofErr w:type="gramStart"/>
      <w:r w:rsidRPr="00F50F3A">
        <w:rPr>
          <w:rFonts w:eastAsia="Times New Roman"/>
          <w:lang w:val="ru-RU"/>
        </w:rPr>
        <w:t xml:space="preserve">(б) не нарушают достоинство личности, честь и доброе имя, деловую репутацию, неприкосновенность частной жизни, личную и семейную тайну и другие нематериальные блага; Поставщик должным образом получил (и по первому требованию </w:t>
      </w:r>
      <w:proofErr w:type="spellStart"/>
      <w:r w:rsidRPr="00F50F3A">
        <w:rPr>
          <w:rFonts w:eastAsia="Times New Roman"/>
          <w:lang w:val="ru-RU"/>
        </w:rPr>
        <w:t>Маркетплейса</w:t>
      </w:r>
      <w:proofErr w:type="spellEnd"/>
      <w:r w:rsidRPr="00F50F3A">
        <w:rPr>
          <w:rFonts w:eastAsia="Times New Roman"/>
          <w:lang w:val="ru-RU"/>
        </w:rPr>
        <w:t xml:space="preserve"> готов предоставить) согласия всех третьих лиц на использование изображений (в том числе их фотографий, произведений изобразительного искусства, аудиовизуальных и иных подобных произведений, в которых они изображены).</w:t>
      </w:r>
      <w:proofErr w:type="gramEnd"/>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В отношении создаваемых Карточек товара и непосредственно реализуемых Товаров, их составных частей и/или иных материалов, передаваемых </w:t>
      </w:r>
      <w:proofErr w:type="spellStart"/>
      <w:r w:rsidRPr="00F50F3A">
        <w:rPr>
          <w:rFonts w:eastAsia="Times New Roman"/>
          <w:lang w:val="ru-RU"/>
        </w:rPr>
        <w:t>Маркетплейсу</w:t>
      </w:r>
      <w:proofErr w:type="spellEnd"/>
      <w:r w:rsidRPr="00F50F3A">
        <w:rPr>
          <w:rFonts w:eastAsia="Times New Roman"/>
          <w:lang w:val="ru-RU"/>
        </w:rPr>
        <w:t xml:space="preserve"> в связи с Договором, Поставщиком должным образом получены: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(а) исключительное право (либо лицензия/право использовать и разрешать иным лицам такое использование) на любые содержащиеся в них РИД;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(б) все необходимые согласия на использование РИД без указания имени автора и/или иных лиц, принимавших участие в их создании, а также на обнародование, внесение в них изменений, сокращений и </w:t>
      </w:r>
      <w:r w:rsidRPr="00F50F3A">
        <w:rPr>
          <w:rFonts w:eastAsia="Times New Roman"/>
          <w:lang w:val="ru-RU"/>
        </w:rPr>
        <w:lastRenderedPageBreak/>
        <w:t xml:space="preserve">дополнений, снабжение их при использовании иллюстрациями, предисловием, послесловием, комментариями или любыми пояснениями; а также </w:t>
      </w:r>
    </w:p>
    <w:p w:rsidR="004339DC" w:rsidRPr="00F50F3A" w:rsidRDefault="00F16010" w:rsidP="0019463E">
      <w:pPr>
        <w:spacing w:after="40" w:line="240" w:lineRule="auto"/>
        <w:ind w:firstLine="720"/>
        <w:jc w:val="both"/>
        <w:rPr>
          <w:lang w:val="ru-RU"/>
        </w:rPr>
      </w:pPr>
      <w:r w:rsidRPr="00F50F3A">
        <w:rPr>
          <w:rFonts w:eastAsia="Times New Roman"/>
          <w:lang w:val="ru-RU"/>
        </w:rPr>
        <w:t>(в) все необходимые согласия на использование фирменных и иных наименований, товарных знаков, знаков обслуживания, коммерческих обозначений, имён, изображений и/или иных охраняемых РИД третьих лиц. Товар, реализуемый по настоящему Договору, был надлежащим образом введен в гражданский оборот на территории Российской Федерации, в том числе без нарушения прав третьих лиц на результаты интеллектуальной деятельности и средства индивидуализации.</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Поставщик обязуется самостоятельно и за свой счёт устранять любые претензии по Договору, в том числе: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(а) в отношении Товаров, предлагаемых им к продаже на Платформе (включая, помимо прочего, любые претензии в связи с гарантийным и </w:t>
      </w:r>
      <w:proofErr w:type="spellStart"/>
      <w:r w:rsidRPr="00F50F3A">
        <w:rPr>
          <w:rFonts w:eastAsia="Times New Roman"/>
          <w:lang w:val="ru-RU"/>
        </w:rPr>
        <w:t>постгарантийным</w:t>
      </w:r>
      <w:proofErr w:type="spellEnd"/>
      <w:r w:rsidRPr="00F50F3A">
        <w:rPr>
          <w:rFonts w:eastAsia="Times New Roman"/>
          <w:lang w:val="ru-RU"/>
        </w:rPr>
        <w:t xml:space="preserve"> обслуживанием товаров), а также обязуется возместить </w:t>
      </w:r>
      <w:proofErr w:type="spellStart"/>
      <w:r w:rsidRPr="00F50F3A">
        <w:rPr>
          <w:rFonts w:eastAsia="Times New Roman"/>
          <w:lang w:val="ru-RU"/>
        </w:rPr>
        <w:t>Маркетплейсу</w:t>
      </w:r>
      <w:proofErr w:type="spellEnd"/>
      <w:r w:rsidRPr="00F50F3A">
        <w:rPr>
          <w:rFonts w:eastAsia="Times New Roman"/>
          <w:lang w:val="ru-RU"/>
        </w:rPr>
        <w:t xml:space="preserve"> все документально подтвержденные и обоснованные расходы, издержки и потери, связанные с рассмотрением таких претензий </w:t>
      </w:r>
      <w:proofErr w:type="spellStart"/>
      <w:r w:rsidRPr="00F50F3A">
        <w:rPr>
          <w:rFonts w:eastAsia="Times New Roman"/>
          <w:lang w:val="ru-RU"/>
        </w:rPr>
        <w:t>Маркетплейсом</w:t>
      </w:r>
      <w:proofErr w:type="spellEnd"/>
      <w:r w:rsidRPr="00F50F3A">
        <w:rPr>
          <w:rFonts w:eastAsia="Times New Roman"/>
          <w:lang w:val="ru-RU"/>
        </w:rPr>
        <w:t xml:space="preserve">; </w:t>
      </w:r>
    </w:p>
    <w:p w:rsidR="0019463E" w:rsidRDefault="00F16010" w:rsidP="0019463E">
      <w:pPr>
        <w:spacing w:after="40" w:line="240" w:lineRule="auto"/>
        <w:ind w:firstLine="720"/>
        <w:jc w:val="both"/>
        <w:rPr>
          <w:rFonts w:eastAsia="Times New Roman"/>
          <w:lang w:val="ru-RU"/>
        </w:rPr>
      </w:pPr>
      <w:r w:rsidRPr="00F50F3A">
        <w:rPr>
          <w:rFonts w:eastAsia="Times New Roman"/>
          <w:lang w:val="ru-RU"/>
        </w:rPr>
        <w:t xml:space="preserve">(б) связанные с повреждением/гибелью имущества третьих лиц, которое произошло вследствие передачи товаров, не соответствующих требованиям Договора и </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(в) в связи с нарушением прав или законных интересов третьих лиц (в том числе прав на объекты интеллектуальной собственности) или любого Заверения. При рассмотрении споров Поставщик обязан по требованию </w:t>
      </w:r>
      <w:proofErr w:type="spellStart"/>
      <w:r w:rsidRPr="00F50F3A">
        <w:rPr>
          <w:rFonts w:eastAsia="Times New Roman"/>
          <w:lang w:val="ru-RU"/>
        </w:rPr>
        <w:t>Маркетплейса</w:t>
      </w:r>
      <w:proofErr w:type="spellEnd"/>
      <w:r w:rsidRPr="00F50F3A">
        <w:rPr>
          <w:rFonts w:eastAsia="Times New Roman"/>
          <w:lang w:val="ru-RU"/>
        </w:rPr>
        <w:t xml:space="preserve"> вступить в дело на его стороне (без ущерба для иных прав </w:t>
      </w:r>
      <w:proofErr w:type="spellStart"/>
      <w:r w:rsidRPr="00F50F3A">
        <w:rPr>
          <w:rFonts w:eastAsia="Times New Roman"/>
          <w:lang w:val="ru-RU"/>
        </w:rPr>
        <w:t>Маркетплейса</w:t>
      </w:r>
      <w:proofErr w:type="spellEnd"/>
      <w:r w:rsidRPr="00F50F3A">
        <w:rPr>
          <w:rFonts w:eastAsia="Times New Roman"/>
          <w:lang w:val="ru-RU"/>
        </w:rPr>
        <w:t>) и возместить последнему документально подтвержденный и обоснованный ущерб, причиненный разбирательством и его последствиями.</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Поставщик обязуется возместить МП убытки, понесенные МП, в связи с претензиями и требованиями Клиентов, возникшими вследствие нарушения Поставщиком любого из указанных в настоящей статье заверений об обстоятельствах и/или иных допущенных Поставщиком нарушений (в </w:t>
      </w:r>
      <w:proofErr w:type="spellStart"/>
      <w:r w:rsidRPr="00F50F3A">
        <w:rPr>
          <w:rFonts w:eastAsia="Times New Roman"/>
          <w:lang w:val="ru-RU"/>
        </w:rPr>
        <w:t>т.ч</w:t>
      </w:r>
      <w:proofErr w:type="spellEnd"/>
      <w:r w:rsidRPr="00F50F3A">
        <w:rPr>
          <w:rFonts w:eastAsia="Times New Roman"/>
          <w:lang w:val="ru-RU"/>
        </w:rPr>
        <w:t>. налогового законодательства), отраженных в решениях налоговых органов, в размере:</w:t>
      </w:r>
    </w:p>
    <w:p w:rsidR="004339DC" w:rsidRPr="00F50F3A" w:rsidRDefault="00F16010" w:rsidP="00F50F3A">
      <w:pPr>
        <w:spacing w:after="40" w:line="240" w:lineRule="auto"/>
        <w:jc w:val="both"/>
        <w:rPr>
          <w:lang w:val="ru-RU"/>
        </w:rPr>
      </w:pPr>
      <w:r w:rsidRPr="00F50F3A">
        <w:rPr>
          <w:rFonts w:eastAsia="Times New Roman"/>
          <w:lang w:val="ru-RU"/>
        </w:rPr>
        <w:t xml:space="preserve">сумм НДС, </w:t>
      </w:r>
      <w:proofErr w:type="spellStart"/>
      <w:r w:rsidRPr="00F50F3A">
        <w:rPr>
          <w:rFonts w:eastAsia="Times New Roman"/>
          <w:lang w:val="ru-RU"/>
        </w:rPr>
        <w:t>доначисленных</w:t>
      </w:r>
      <w:proofErr w:type="spellEnd"/>
      <w:r w:rsidRPr="00F50F3A">
        <w:rPr>
          <w:rFonts w:eastAsia="Times New Roman"/>
          <w:lang w:val="ru-RU"/>
        </w:rPr>
        <w:t xml:space="preserve"> Клиенту на основании решений (требований) налоговых органов о доначислении НДС (в </w:t>
      </w:r>
      <w:proofErr w:type="spellStart"/>
      <w:r w:rsidRPr="00F50F3A">
        <w:rPr>
          <w:rFonts w:eastAsia="Times New Roman"/>
          <w:lang w:val="ru-RU"/>
        </w:rPr>
        <w:t>т.ч</w:t>
      </w:r>
      <w:proofErr w:type="spellEnd"/>
      <w:r w:rsidRPr="00F50F3A">
        <w:rPr>
          <w:rFonts w:eastAsia="Times New Roman"/>
          <w:lang w:val="ru-RU"/>
        </w:rPr>
        <w:t>. решений об отказе в применении налоговых вычетов), который был уплачен Клиентом в составе стоимости Товаров;</w:t>
      </w:r>
    </w:p>
    <w:p w:rsidR="004339DC" w:rsidRPr="00F50F3A" w:rsidRDefault="00F16010" w:rsidP="00F50F3A">
      <w:pPr>
        <w:spacing w:after="40" w:line="240" w:lineRule="auto"/>
        <w:jc w:val="both"/>
        <w:rPr>
          <w:lang w:val="ru-RU"/>
        </w:rPr>
      </w:pPr>
      <w:r w:rsidRPr="00F50F3A">
        <w:rPr>
          <w:rFonts w:eastAsia="Times New Roman"/>
          <w:lang w:val="ru-RU"/>
        </w:rPr>
        <w:t xml:space="preserve">сумм налога на прибыль организаций, </w:t>
      </w:r>
      <w:proofErr w:type="spellStart"/>
      <w:r w:rsidRPr="00F50F3A">
        <w:rPr>
          <w:rFonts w:eastAsia="Times New Roman"/>
          <w:lang w:val="ru-RU"/>
        </w:rPr>
        <w:t>доначисленных</w:t>
      </w:r>
      <w:proofErr w:type="spellEnd"/>
      <w:r w:rsidRPr="00F50F3A">
        <w:rPr>
          <w:rFonts w:eastAsia="Times New Roman"/>
          <w:lang w:val="ru-RU"/>
        </w:rPr>
        <w:t xml:space="preserve"> Клиенту на основании решений (требований) налоговых органов о доначислении налога на прибыль организаций из-за исключения стоимости приобретенных Товаров из расходов для целей налогообложения по причинам, связанным с нарушением Поставщиком заверений об обязательствах, указанных в настоящей статье;</w:t>
      </w:r>
    </w:p>
    <w:p w:rsidR="004339DC" w:rsidRPr="00F50F3A" w:rsidRDefault="00F16010" w:rsidP="00F50F3A">
      <w:pPr>
        <w:spacing w:after="40" w:line="240" w:lineRule="auto"/>
        <w:jc w:val="both"/>
        <w:rPr>
          <w:lang w:val="ru-RU"/>
        </w:rPr>
      </w:pPr>
      <w:r w:rsidRPr="00F50F3A">
        <w:rPr>
          <w:rFonts w:eastAsia="Times New Roman"/>
          <w:lang w:val="ru-RU"/>
        </w:rPr>
        <w:t xml:space="preserve">сумм пеней и штрафов на указанный размер </w:t>
      </w:r>
      <w:proofErr w:type="spellStart"/>
      <w:r w:rsidRPr="00F50F3A">
        <w:rPr>
          <w:rFonts w:eastAsia="Times New Roman"/>
          <w:lang w:val="ru-RU"/>
        </w:rPr>
        <w:t>доначисленных</w:t>
      </w:r>
      <w:proofErr w:type="spellEnd"/>
      <w:r w:rsidRPr="00F50F3A">
        <w:rPr>
          <w:rFonts w:eastAsia="Times New Roman"/>
          <w:lang w:val="ru-RU"/>
        </w:rPr>
        <w:t xml:space="preserve"> налогов, предъявленных Клиенту на основании решений (требований) налоговых органов об уплате пеней и штрафов.</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Поставщик возмещает МП указанные в настоящей статье убытки в течение 20 календарных дней </w:t>
      </w:r>
      <w:proofErr w:type="gramStart"/>
      <w:r w:rsidRPr="00F50F3A">
        <w:rPr>
          <w:rFonts w:eastAsia="Times New Roman"/>
          <w:lang w:val="ru-RU"/>
        </w:rPr>
        <w:t>с даты получения</w:t>
      </w:r>
      <w:proofErr w:type="gramEnd"/>
      <w:r w:rsidRPr="00F50F3A">
        <w:rPr>
          <w:rFonts w:eastAsia="Times New Roman"/>
          <w:lang w:val="ru-RU"/>
        </w:rPr>
        <w:t xml:space="preserve"> соответствующего документально подтвержденного требования МП.</w:t>
      </w:r>
    </w:p>
    <w:p w:rsidR="004339DC" w:rsidRPr="00F50F3A" w:rsidRDefault="00F16010" w:rsidP="0019463E">
      <w:pPr>
        <w:spacing w:before="160" w:after="80"/>
        <w:jc w:val="center"/>
        <w:rPr>
          <w:lang w:val="ru-RU"/>
        </w:rPr>
      </w:pPr>
      <w:r w:rsidRPr="00F50F3A">
        <w:rPr>
          <w:rFonts w:eastAsia="Times New Roman"/>
          <w:b/>
          <w:sz w:val="23"/>
          <w:lang w:val="ru-RU"/>
        </w:rPr>
        <w:t>ЗАКЛЮЧИТЕЛЬНЫЕ ПОЛОЖЕНИЯ</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Договор регулируется и подлежит толкованию в соответствии с законодательством Российской Федерации. Стороны предпримут все усилия для решения любых споров и разногласий, возникших между ними по Договору или в связи с ним, путём переговоров. Срок рассмотрения претензии составляет 30 календарных   дней </w:t>
      </w:r>
      <w:proofErr w:type="gramStart"/>
      <w:r w:rsidRPr="00F50F3A">
        <w:rPr>
          <w:rFonts w:eastAsia="Times New Roman"/>
          <w:lang w:val="ru-RU"/>
        </w:rPr>
        <w:t>с даты получения</w:t>
      </w:r>
      <w:proofErr w:type="gramEnd"/>
      <w:r w:rsidRPr="00F50F3A">
        <w:rPr>
          <w:rFonts w:eastAsia="Times New Roman"/>
          <w:lang w:val="ru-RU"/>
        </w:rPr>
        <w:t>. Любой спор, который не был разрешен путём переговоров, подлежит разрешению в Арбитражном суде Ставропольского края.</w:t>
      </w:r>
    </w:p>
    <w:p w:rsidR="004339DC" w:rsidRPr="00F50F3A" w:rsidRDefault="00F16010" w:rsidP="0019463E">
      <w:pPr>
        <w:spacing w:after="40" w:line="240" w:lineRule="auto"/>
        <w:ind w:firstLine="720"/>
        <w:jc w:val="both"/>
        <w:rPr>
          <w:lang w:val="ru-RU"/>
        </w:rPr>
      </w:pPr>
      <w:r w:rsidRPr="00F50F3A">
        <w:rPr>
          <w:rFonts w:eastAsia="Times New Roman"/>
          <w:lang w:val="ru-RU"/>
        </w:rPr>
        <w:t>Никакое из условий Договора не может трактоваться как условие об организации совместной деятельности (простого товарищества).</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Поставщик не вправе уступать и/или передавать иным способом (прямо или косвенно) права и /или обязанности по Договору и/или в отношении какого-либо Товара (полностью либо частично) третьим лицам без предварительного согласия </w:t>
      </w:r>
      <w:proofErr w:type="spellStart"/>
      <w:r w:rsidRPr="00F50F3A">
        <w:rPr>
          <w:rFonts w:eastAsia="Times New Roman"/>
          <w:lang w:val="ru-RU"/>
        </w:rPr>
        <w:t>Маркетплейса</w:t>
      </w:r>
      <w:proofErr w:type="spellEnd"/>
      <w:r w:rsidRPr="00F50F3A">
        <w:rPr>
          <w:rFonts w:eastAsia="Times New Roman"/>
          <w:lang w:val="ru-RU"/>
        </w:rPr>
        <w:t>. МП вправе уступать и/или передавать иным способом свои права по Договору и/или в отношении какого-либо товара (полностью либо частично) любым третьим лицам без согласия Поставщика.</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Договор содержит полные и исчерпывающие условия относительно его предмета и заменяет собой все предыдущие устные или письменные договорённости между сторонами. За исключением прямо оговоренных в Договоре, наличие каких-либо иных заверений, заявлений, оговорок, условий, обязанностей или   договорённостей со стороны </w:t>
      </w:r>
      <w:proofErr w:type="spellStart"/>
      <w:r w:rsidRPr="00F50F3A">
        <w:rPr>
          <w:rFonts w:eastAsia="Times New Roman"/>
          <w:lang w:val="ru-RU"/>
        </w:rPr>
        <w:t>Маркетплейса</w:t>
      </w:r>
      <w:proofErr w:type="spellEnd"/>
      <w:r w:rsidRPr="00F50F3A">
        <w:rPr>
          <w:rFonts w:eastAsia="Times New Roman"/>
          <w:lang w:val="ru-RU"/>
        </w:rPr>
        <w:t xml:space="preserve"> не предполагается.</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Недействительность (или невозможность принудительного исполнения) отдельных положений Договора не затрагивает действительности (или возможности принудительного исполнения) остальных </w:t>
      </w:r>
      <w:r w:rsidRPr="00F50F3A">
        <w:rPr>
          <w:rFonts w:eastAsia="Times New Roman"/>
          <w:lang w:val="ru-RU"/>
        </w:rPr>
        <w:lastRenderedPageBreak/>
        <w:t xml:space="preserve">положений Договора или действительности Договора в целом. Неосуществление (или отказ от осуществления) </w:t>
      </w:r>
      <w:proofErr w:type="spellStart"/>
      <w:r w:rsidRPr="00F50F3A">
        <w:rPr>
          <w:rFonts w:eastAsia="Times New Roman"/>
          <w:lang w:val="ru-RU"/>
        </w:rPr>
        <w:t>Маркетплейсом</w:t>
      </w:r>
      <w:proofErr w:type="spellEnd"/>
      <w:r w:rsidRPr="00F50F3A">
        <w:rPr>
          <w:rFonts w:eastAsia="Times New Roman"/>
          <w:lang w:val="ru-RU"/>
        </w:rPr>
        <w:t xml:space="preserve"> какого-либо права не лишает его возможности осуществлять такое право в дальнейшем.</w:t>
      </w:r>
    </w:p>
    <w:p w:rsidR="004339DC" w:rsidRPr="00F50F3A" w:rsidRDefault="00F16010" w:rsidP="0019463E">
      <w:pPr>
        <w:spacing w:after="40" w:line="240" w:lineRule="auto"/>
        <w:ind w:firstLine="720"/>
        <w:jc w:val="both"/>
        <w:rPr>
          <w:lang w:val="ru-RU"/>
        </w:rPr>
      </w:pPr>
      <w:proofErr w:type="gramStart"/>
      <w:r w:rsidRPr="00F50F3A">
        <w:rPr>
          <w:rFonts w:eastAsia="Times New Roman"/>
          <w:lang w:val="ru-RU"/>
        </w:rPr>
        <w:t xml:space="preserve">Сторона освобождается от ответственности за полное или частичное неисполнение или ненадлежащее исполнение своих обязательств по Договору, если докажет, что оно было вызвано препятствием вне ее контроля, возникшим после заключения Договора, и что от нее нельзя было разумно ожидать принятия этого препятствия в расчет при заключении Договора либо </w:t>
      </w:r>
      <w:proofErr w:type="spellStart"/>
      <w:r w:rsidRPr="00F50F3A">
        <w:rPr>
          <w:rFonts w:eastAsia="Times New Roman"/>
          <w:lang w:val="ru-RU"/>
        </w:rPr>
        <w:t>избежания</w:t>
      </w:r>
      <w:proofErr w:type="spellEnd"/>
      <w:r w:rsidRPr="00F50F3A">
        <w:rPr>
          <w:rFonts w:eastAsia="Times New Roman"/>
          <w:lang w:val="ru-RU"/>
        </w:rPr>
        <w:t xml:space="preserve"> или преодоления этого препятствия или его последствий, при этом такое препятствие может</w:t>
      </w:r>
      <w:proofErr w:type="gramEnd"/>
      <w:r w:rsidRPr="00F50F3A">
        <w:rPr>
          <w:rFonts w:eastAsia="Times New Roman"/>
          <w:lang w:val="ru-RU"/>
        </w:rPr>
        <w:t xml:space="preserve"> </w:t>
      </w:r>
      <w:proofErr w:type="gramStart"/>
      <w:r w:rsidRPr="00F50F3A">
        <w:rPr>
          <w:rFonts w:eastAsia="Times New Roman"/>
          <w:lang w:val="ru-RU"/>
        </w:rPr>
        <w:t>выражаться, в частности, в: пожаре, наводнении, землетрясении, урагане и других стихийных бедствиях, войне, военных действиях любого характера, массовых заболеваниях (эпидемии), забастовках (за исключением забастовок предприятий соответствующей Стороны), блокаде, запрещении (эмбарго) или любого вида ограничениях экспорта или импорта и иных актах либо действиях органов публичной власти (далее - «обстоятельства непреодолимой силы», «форс-мажор»).</w:t>
      </w:r>
      <w:proofErr w:type="gramEnd"/>
    </w:p>
    <w:p w:rsidR="004339DC" w:rsidRPr="00F50F3A" w:rsidRDefault="00F16010" w:rsidP="0019463E">
      <w:pPr>
        <w:spacing w:after="40" w:line="240" w:lineRule="auto"/>
        <w:ind w:firstLine="720"/>
        <w:jc w:val="both"/>
        <w:rPr>
          <w:lang w:val="ru-RU"/>
        </w:rPr>
      </w:pPr>
      <w:r w:rsidRPr="00F50F3A">
        <w:rPr>
          <w:rFonts w:eastAsia="Times New Roman"/>
          <w:lang w:val="ru-RU"/>
        </w:rPr>
        <w:t>В случае наступления форс-мажора срок исполнения обязательств по Договору продлевается соразмерно времени, в течение которого форс-мажор и его последствия будут препятствовать исполнению Договора. Проценты на суммы, уплата которых просрочена в связи с форс-мажором, не начисляются.</w:t>
      </w:r>
    </w:p>
    <w:p w:rsidR="004339DC" w:rsidRPr="00F50F3A" w:rsidRDefault="00F16010" w:rsidP="0019463E">
      <w:pPr>
        <w:spacing w:after="40" w:line="240" w:lineRule="auto"/>
        <w:ind w:firstLine="720"/>
        <w:jc w:val="both"/>
        <w:rPr>
          <w:lang w:val="ru-RU"/>
        </w:rPr>
      </w:pPr>
      <w:r w:rsidRPr="00F50F3A">
        <w:rPr>
          <w:rFonts w:eastAsia="Times New Roman"/>
          <w:lang w:val="ru-RU"/>
        </w:rPr>
        <w:t>Сторона, исполнению обязательств которой по Договору препятствует форс-мажор, обязана в письменной форме известить другую Сторону о наступлении и прекращении форс-мажора и его последствий не позднее 10 рабочих дней с момента наступления и прекращения, соответственно.</w:t>
      </w:r>
    </w:p>
    <w:p w:rsidR="004339DC" w:rsidRPr="00F50F3A" w:rsidRDefault="00F16010" w:rsidP="0019463E">
      <w:pPr>
        <w:spacing w:after="40" w:line="240" w:lineRule="auto"/>
        <w:ind w:firstLine="720"/>
        <w:jc w:val="both"/>
        <w:rPr>
          <w:lang w:val="ru-RU"/>
        </w:rPr>
      </w:pPr>
      <w:r w:rsidRPr="00F50F3A">
        <w:rPr>
          <w:rFonts w:eastAsia="Times New Roman"/>
          <w:lang w:val="ru-RU"/>
        </w:rPr>
        <w:t xml:space="preserve">Сторона, исполнению обязательств которой по Договору препятствует форс-мажор, в разумный срок должна направить другой Стороне выданное уполномоченным органом или организацией страны, в которой имело действие форс-мажор или его прямые последствия, подтверждение наличия и продолжительности </w:t>
      </w:r>
      <w:proofErr w:type="gramStart"/>
      <w:r w:rsidRPr="00F50F3A">
        <w:rPr>
          <w:rFonts w:eastAsia="Times New Roman"/>
          <w:lang w:val="ru-RU"/>
        </w:rPr>
        <w:t>форс</w:t>
      </w:r>
      <w:proofErr w:type="gramEnd"/>
      <w:r w:rsidRPr="00F50F3A">
        <w:rPr>
          <w:rFonts w:eastAsia="Times New Roman"/>
          <w:lang w:val="ru-RU"/>
        </w:rPr>
        <w:t>- мажора. Сертификаты, выдаваемые Торговой (Торгово-промышленной) палатой, или иные подобные документы и сертификаты являются достаточным доказательством форс-мажора и его продолжительности.</w:t>
      </w:r>
    </w:p>
    <w:p w:rsidR="004339DC" w:rsidRPr="00F50F3A" w:rsidRDefault="00F16010" w:rsidP="0019463E">
      <w:pPr>
        <w:spacing w:after="40" w:line="240" w:lineRule="auto"/>
        <w:ind w:firstLine="720"/>
        <w:jc w:val="both"/>
        <w:rPr>
          <w:lang w:val="ru-RU"/>
        </w:rPr>
      </w:pPr>
      <w:proofErr w:type="spellStart"/>
      <w:r w:rsidRPr="00F50F3A">
        <w:rPr>
          <w:rFonts w:eastAsia="Times New Roman"/>
          <w:lang w:val="ru-RU"/>
        </w:rPr>
        <w:t>Неизвещение</w:t>
      </w:r>
      <w:proofErr w:type="spellEnd"/>
      <w:r w:rsidRPr="00F50F3A">
        <w:rPr>
          <w:rFonts w:eastAsia="Times New Roman"/>
          <w:lang w:val="ru-RU"/>
        </w:rPr>
        <w:t xml:space="preserve"> или несвоевременное извещение о наступлении и прекращении форс-мажора и его последствий согласно или </w:t>
      </w:r>
      <w:proofErr w:type="spellStart"/>
      <w:r w:rsidRPr="00F50F3A">
        <w:rPr>
          <w:rFonts w:eastAsia="Times New Roman"/>
          <w:lang w:val="ru-RU"/>
        </w:rPr>
        <w:t>непредоставление</w:t>
      </w:r>
      <w:proofErr w:type="spellEnd"/>
      <w:r w:rsidRPr="00F50F3A">
        <w:rPr>
          <w:rFonts w:eastAsia="Times New Roman"/>
          <w:lang w:val="ru-RU"/>
        </w:rPr>
        <w:t xml:space="preserve"> подтверждения форс-мажора, согласно абзацу выше, лишает соответствующую Сторону права ссылаться на обстоятельства непреодолимой силы в дальнейшем как на основание, освобождающее ее от ответственности</w:t>
      </w:r>
    </w:p>
    <w:p w:rsidR="004339DC" w:rsidRPr="00F50F3A" w:rsidRDefault="00F16010" w:rsidP="0019463E">
      <w:pPr>
        <w:spacing w:after="40" w:line="240" w:lineRule="auto"/>
        <w:ind w:firstLine="720"/>
        <w:jc w:val="both"/>
        <w:rPr>
          <w:lang w:val="ru-RU"/>
        </w:rPr>
      </w:pPr>
      <w:r w:rsidRPr="00F50F3A">
        <w:rPr>
          <w:rFonts w:eastAsia="Times New Roman"/>
          <w:lang w:val="ru-RU"/>
        </w:rPr>
        <w:t>Если форс-мажор и его последствия будут продолжаться более 3 месяцев подряд, то каждая из Сторон вправе в любое время расторгнуть Договор, при этом ни одна из Сторон не вправе требовать от другой Стороны возмещения убытков.</w:t>
      </w:r>
    </w:p>
    <w:p w:rsidR="004339DC" w:rsidRPr="00F50F3A" w:rsidRDefault="00F16010" w:rsidP="0019463E">
      <w:pPr>
        <w:spacing w:after="40" w:line="240" w:lineRule="auto"/>
        <w:ind w:firstLine="720"/>
        <w:jc w:val="both"/>
        <w:rPr>
          <w:lang w:val="ru-RU"/>
        </w:rPr>
      </w:pPr>
      <w:r w:rsidRPr="00F50F3A">
        <w:rPr>
          <w:rFonts w:eastAsia="Times New Roman"/>
          <w:lang w:val="ru-RU"/>
        </w:rPr>
        <w:t>Договор является рамочным договором (согласно статье 429.1 Гражданского кодекса Российской Федерации).</w:t>
      </w:r>
    </w:p>
    <w:p w:rsidR="004339DC" w:rsidRPr="00F50F3A" w:rsidRDefault="0019463E" w:rsidP="0019463E">
      <w:pPr>
        <w:spacing w:after="40" w:line="240" w:lineRule="auto"/>
        <w:ind w:firstLine="720"/>
        <w:jc w:val="both"/>
        <w:rPr>
          <w:lang w:val="ru-RU"/>
        </w:rPr>
      </w:pPr>
      <w:r>
        <w:rPr>
          <w:rFonts w:eastAsia="Times New Roman"/>
          <w:lang w:val="ru-RU"/>
        </w:rPr>
        <w:t xml:space="preserve">                 </w:t>
      </w:r>
      <w:r w:rsidR="00F16010" w:rsidRPr="00F50F3A">
        <w:rPr>
          <w:rFonts w:eastAsia="Times New Roman"/>
          <w:lang w:val="ru-RU"/>
        </w:rPr>
        <w:t>Каждая сторона Договора обязуется:</w:t>
      </w:r>
    </w:p>
    <w:p w:rsidR="004339DC" w:rsidRPr="00F50F3A" w:rsidRDefault="00F16010" w:rsidP="00F50F3A">
      <w:pPr>
        <w:spacing w:after="40" w:line="240" w:lineRule="auto"/>
        <w:jc w:val="both"/>
        <w:rPr>
          <w:lang w:val="ru-RU"/>
        </w:rPr>
      </w:pPr>
      <w:r w:rsidRPr="00F50F3A">
        <w:rPr>
          <w:rFonts w:eastAsia="Times New Roman"/>
          <w:lang w:val="ru-RU"/>
        </w:rPr>
        <w:t>соблюдать применимое антикоррупционное законодательство и прилагать все разумные усилия по соблюдению лучших международных антикоррупционных практик;</w:t>
      </w:r>
    </w:p>
    <w:p w:rsidR="004339DC" w:rsidRPr="00F50F3A" w:rsidRDefault="00F16010" w:rsidP="00F50F3A">
      <w:pPr>
        <w:spacing w:after="40" w:line="240" w:lineRule="auto"/>
        <w:jc w:val="both"/>
        <w:rPr>
          <w:lang w:val="ru-RU"/>
        </w:rPr>
      </w:pPr>
      <w:r w:rsidRPr="00F50F3A">
        <w:rPr>
          <w:rFonts w:eastAsia="Times New Roman"/>
          <w:lang w:val="ru-RU"/>
        </w:rPr>
        <w:t>подтверждает, что она имеет внутренние контрольные процедуры противодействия и предотвращения возможных коррупционных действий со своей стороны и со стороны любых своих представителей, сотрудников и аффилированных лиц;</w:t>
      </w:r>
    </w:p>
    <w:p w:rsidR="004339DC" w:rsidRPr="00F50F3A" w:rsidRDefault="00F16010" w:rsidP="00F50F3A">
      <w:pPr>
        <w:spacing w:after="40" w:line="240" w:lineRule="auto"/>
        <w:jc w:val="both"/>
        <w:rPr>
          <w:lang w:val="ru-RU"/>
        </w:rPr>
      </w:pPr>
      <w:r w:rsidRPr="00F50F3A">
        <w:rPr>
          <w:rFonts w:eastAsia="Times New Roman"/>
          <w:lang w:val="ru-RU"/>
        </w:rPr>
        <w:t>гарантирует, что она и ее любые представители, сотрудники и аффилированные лица не предлагали, не обещали, не давали, не одобряли, не требовали и не принимали какие-либо незаконные выгоды, связанные с заключением настоящего Договора, а также, что не будут предпринимать таких действий в ходе его исполнения.</w:t>
      </w:r>
    </w:p>
    <w:p w:rsidR="004339DC" w:rsidRPr="00F50F3A" w:rsidRDefault="00F16010" w:rsidP="0019463E">
      <w:pPr>
        <w:spacing w:after="40" w:line="240" w:lineRule="auto"/>
        <w:ind w:firstLine="720"/>
        <w:jc w:val="both"/>
        <w:rPr>
          <w:lang w:val="ru-RU"/>
        </w:rPr>
      </w:pPr>
      <w:r w:rsidRPr="00F50F3A">
        <w:rPr>
          <w:rFonts w:eastAsia="Times New Roman"/>
          <w:lang w:val="ru-RU"/>
        </w:rPr>
        <w:t>Стороны подтверждают, что придерживаются принципов добросовестности и справедливости при осуществлении своей деятельности и осуществляют её строго в соответствии с применимым правом, включая нормы антикоррупционного законодательства. Взяточничество, коммерческий подкуп и коррупция, легализация доходов, полученных преступным путем, нарушение применимых санкций и незаконная торговля являются неприемлемыми в любой форме.</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Помимо предоставленных </w:t>
      </w:r>
      <w:proofErr w:type="spellStart"/>
      <w:r w:rsidRPr="00F50F3A">
        <w:rPr>
          <w:rFonts w:eastAsia="Times New Roman"/>
          <w:lang w:val="ru-RU"/>
        </w:rPr>
        <w:t>Маркетплейсу</w:t>
      </w:r>
      <w:proofErr w:type="spellEnd"/>
      <w:r w:rsidRPr="00F50F3A">
        <w:rPr>
          <w:rFonts w:eastAsia="Times New Roman"/>
          <w:lang w:val="ru-RU"/>
        </w:rPr>
        <w:t xml:space="preserve"> документов при предварительной проверке, Поставщик обязан предоставлять </w:t>
      </w:r>
      <w:proofErr w:type="spellStart"/>
      <w:r w:rsidRPr="00F50F3A">
        <w:rPr>
          <w:rFonts w:eastAsia="Times New Roman"/>
          <w:lang w:val="ru-RU"/>
        </w:rPr>
        <w:t>Маркетплейсу</w:t>
      </w:r>
      <w:proofErr w:type="spellEnd"/>
      <w:r w:rsidRPr="00F50F3A">
        <w:rPr>
          <w:rFonts w:eastAsia="Times New Roman"/>
          <w:lang w:val="ru-RU"/>
        </w:rPr>
        <w:t xml:space="preserve"> по его запросу документы в рамках проверки текущих контрагентов, если такая проверка будет проводиться со стороны </w:t>
      </w:r>
      <w:proofErr w:type="spellStart"/>
      <w:r w:rsidRPr="00F50F3A">
        <w:rPr>
          <w:rFonts w:eastAsia="Times New Roman"/>
          <w:lang w:val="ru-RU"/>
        </w:rPr>
        <w:t>Маркетплейса</w:t>
      </w:r>
      <w:proofErr w:type="spellEnd"/>
      <w:r w:rsidRPr="00F50F3A">
        <w:rPr>
          <w:rFonts w:eastAsia="Times New Roman"/>
          <w:lang w:val="ru-RU"/>
        </w:rPr>
        <w:t>.</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Если Поставщику станет известно о потенциальных или существующих нарушениях в области предупреждения и противодействия коррупции, легализации доходов, полученных преступным путем, нарушения санкций и незаконной торговли, Поставщик незамедлительно обязан уведомить об этом МП. Поставщик обязан добросовестно оказывать </w:t>
      </w:r>
      <w:proofErr w:type="spellStart"/>
      <w:r w:rsidRPr="00F50F3A">
        <w:rPr>
          <w:rFonts w:eastAsia="Times New Roman"/>
          <w:lang w:val="ru-RU"/>
        </w:rPr>
        <w:t>Маркетплейсу</w:t>
      </w:r>
      <w:proofErr w:type="spellEnd"/>
      <w:r w:rsidRPr="00F50F3A">
        <w:rPr>
          <w:rFonts w:eastAsia="Times New Roman"/>
          <w:lang w:val="ru-RU"/>
        </w:rPr>
        <w:t xml:space="preserve"> помощь в предоставлении документов при проведении расследований по выявленным нарушениям.</w:t>
      </w:r>
    </w:p>
    <w:p w:rsidR="004339DC" w:rsidRPr="00F50F3A" w:rsidRDefault="00F16010" w:rsidP="004F356F">
      <w:pPr>
        <w:spacing w:after="40" w:line="240" w:lineRule="auto"/>
        <w:ind w:firstLine="720"/>
        <w:jc w:val="both"/>
        <w:rPr>
          <w:lang w:val="ru-RU"/>
        </w:rPr>
      </w:pPr>
      <w:r w:rsidRPr="00F50F3A">
        <w:rPr>
          <w:rFonts w:eastAsia="Times New Roman"/>
          <w:lang w:val="ru-RU"/>
        </w:rPr>
        <w:lastRenderedPageBreak/>
        <w:t xml:space="preserve">Поставщик в течение срока действия Договора ведёт документы учета и отчетности, которые достоверно отражают активы, хозяйственные операции и расходы Поставщика в связи с Договором, а также осуществляет внутренний контроль бухгалтерского учета в соответствии с действующим законодательством РФ. Копии таких документов Поставщик обязан предоставить по письменному требованию </w:t>
      </w:r>
      <w:proofErr w:type="spellStart"/>
      <w:r w:rsidRPr="00F50F3A">
        <w:rPr>
          <w:rFonts w:eastAsia="Times New Roman"/>
          <w:lang w:val="ru-RU"/>
        </w:rPr>
        <w:t>Маркетплейса</w:t>
      </w:r>
      <w:proofErr w:type="spellEnd"/>
      <w:r w:rsidRPr="00F50F3A">
        <w:rPr>
          <w:rFonts w:eastAsia="Times New Roman"/>
          <w:lang w:val="ru-RU"/>
        </w:rPr>
        <w:t xml:space="preserve">. После прекращения/расторжения Договора по любой причине Поставщик обязан хранить документы учета и отчетности по указанному Договору (в течение срока, предусмотренного законодательством) и предоставить копии таких документов по письменному требованию </w:t>
      </w:r>
      <w:proofErr w:type="spellStart"/>
      <w:r w:rsidRPr="00F50F3A">
        <w:rPr>
          <w:rFonts w:eastAsia="Times New Roman"/>
          <w:lang w:val="ru-RU"/>
        </w:rPr>
        <w:t>Маркетплейса</w:t>
      </w:r>
      <w:proofErr w:type="spellEnd"/>
      <w:r w:rsidRPr="00F50F3A">
        <w:rPr>
          <w:rFonts w:eastAsia="Times New Roman"/>
          <w:lang w:val="ru-RU"/>
        </w:rPr>
        <w:t>.</w:t>
      </w:r>
    </w:p>
    <w:p w:rsidR="004339DC" w:rsidRPr="00F50F3A" w:rsidRDefault="00F16010" w:rsidP="004F356F">
      <w:pPr>
        <w:spacing w:after="40" w:line="240" w:lineRule="auto"/>
        <w:ind w:firstLine="720"/>
        <w:jc w:val="both"/>
        <w:rPr>
          <w:lang w:val="ru-RU"/>
        </w:rPr>
      </w:pPr>
      <w:r w:rsidRPr="00F50F3A">
        <w:rPr>
          <w:rFonts w:eastAsia="Times New Roman"/>
          <w:lang w:val="ru-RU"/>
        </w:rPr>
        <w:t>В Договоре, если прямо не указано (или из контекста не следует) иное:</w:t>
      </w:r>
    </w:p>
    <w:p w:rsidR="004339DC" w:rsidRPr="00F50F3A" w:rsidRDefault="00F16010" w:rsidP="00F50F3A">
      <w:pPr>
        <w:spacing w:after="40" w:line="240" w:lineRule="auto"/>
        <w:jc w:val="both"/>
        <w:rPr>
          <w:lang w:val="ru-RU"/>
        </w:rPr>
      </w:pPr>
      <w:r w:rsidRPr="00F50F3A">
        <w:rPr>
          <w:rFonts w:eastAsia="Times New Roman"/>
          <w:lang w:val="ru-RU"/>
        </w:rPr>
        <w:t>(а) под «Товаром» понимается объект материального мира, соответствующий Разделу «Требования к товару», который Поставщик разместил (или намерен разместить) к продаже на Платформе, а также (если применимо) сопутствующие услуги по наладке, установке, настройке и введению в эксплуатацию;</w:t>
      </w:r>
    </w:p>
    <w:p w:rsidR="004339DC" w:rsidRPr="00F50F3A" w:rsidRDefault="00F16010" w:rsidP="00F50F3A">
      <w:pPr>
        <w:spacing w:after="40" w:line="240" w:lineRule="auto"/>
        <w:jc w:val="both"/>
        <w:rPr>
          <w:lang w:val="ru-RU"/>
        </w:rPr>
      </w:pPr>
      <w:r w:rsidRPr="00F50F3A">
        <w:rPr>
          <w:rFonts w:eastAsia="Times New Roman"/>
          <w:lang w:val="ru-RU"/>
        </w:rPr>
        <w:t>(б) под «отправлением» понимается Товар или совокупность товаров, которые Поставщик упаковал и снабдил маркировкой для последующей перевозки и выдачи Клиенту;</w:t>
      </w:r>
    </w:p>
    <w:p w:rsidR="004339DC" w:rsidRPr="00F50F3A" w:rsidRDefault="00F16010" w:rsidP="00F50F3A">
      <w:pPr>
        <w:spacing w:after="40" w:line="240" w:lineRule="auto"/>
        <w:jc w:val="both"/>
        <w:rPr>
          <w:lang w:val="ru-RU"/>
        </w:rPr>
      </w:pPr>
      <w:r w:rsidRPr="00F50F3A">
        <w:rPr>
          <w:rFonts w:eastAsia="Times New Roman"/>
          <w:lang w:val="ru-RU"/>
        </w:rPr>
        <w:t>(в) заголовки статей и пунктов используются исключительно для удобства чтения и не влияют на смысл Договора;</w:t>
      </w:r>
    </w:p>
    <w:p w:rsidR="004339DC" w:rsidRPr="00F50F3A" w:rsidRDefault="00F16010" w:rsidP="00F50F3A">
      <w:pPr>
        <w:spacing w:after="40" w:line="240" w:lineRule="auto"/>
        <w:jc w:val="both"/>
        <w:rPr>
          <w:lang w:val="ru-RU"/>
        </w:rPr>
      </w:pPr>
      <w:r w:rsidRPr="00F50F3A">
        <w:rPr>
          <w:rFonts w:eastAsia="Times New Roman"/>
          <w:lang w:val="ru-RU"/>
        </w:rPr>
        <w:t>(г) ссылки на «стороны» являются ссылками на «стороны Договора»;</w:t>
      </w:r>
    </w:p>
    <w:p w:rsidR="004339DC" w:rsidRPr="00F50F3A" w:rsidRDefault="00F16010" w:rsidP="00F50F3A">
      <w:pPr>
        <w:spacing w:after="40" w:line="240" w:lineRule="auto"/>
        <w:jc w:val="both"/>
        <w:rPr>
          <w:lang w:val="ru-RU"/>
        </w:rPr>
      </w:pPr>
      <w:r w:rsidRPr="00F50F3A">
        <w:rPr>
          <w:rFonts w:eastAsia="Times New Roman"/>
          <w:lang w:val="ru-RU"/>
        </w:rPr>
        <w:t>(д) ссылки на Приложения и Разделы являются ссылками на Приложения к Договору и Разделы Договора и Приложений, являющиеся его неотъемлемой частью.</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Каждая сторона сохраняет все права на интеллектуальную собственность, товарные знаки и/или иные принадлежащие ей объекты интеллектуальной собственности (в том числе логотипы, дизайны, чертежи), которые могут быть использованы в рамках Договора (Объекты ИС). Заключение Договора не может толковаться как предоставление Поставщику каких-либо лицензий и/или права пользования в отношении Объектов ИС </w:t>
      </w:r>
      <w:proofErr w:type="spellStart"/>
      <w:r w:rsidRPr="00F50F3A">
        <w:rPr>
          <w:rFonts w:eastAsia="Times New Roman"/>
          <w:lang w:val="ru-RU"/>
        </w:rPr>
        <w:t>Маркетплейса</w:t>
      </w:r>
      <w:proofErr w:type="spellEnd"/>
      <w:r w:rsidRPr="00F50F3A">
        <w:rPr>
          <w:rFonts w:eastAsia="Times New Roman"/>
          <w:lang w:val="ru-RU"/>
        </w:rPr>
        <w:t xml:space="preserve">. Без предварительного согласия </w:t>
      </w:r>
      <w:proofErr w:type="spellStart"/>
      <w:r w:rsidRPr="00F50F3A">
        <w:rPr>
          <w:rFonts w:eastAsia="Times New Roman"/>
          <w:lang w:val="ru-RU"/>
        </w:rPr>
        <w:t>Маркетплейса</w:t>
      </w:r>
      <w:proofErr w:type="spellEnd"/>
      <w:r w:rsidRPr="00F50F3A">
        <w:rPr>
          <w:rFonts w:eastAsia="Times New Roman"/>
          <w:lang w:val="ru-RU"/>
        </w:rPr>
        <w:t xml:space="preserve"> Поставщик не вправе публично ссылаться на фирменное наименование </w:t>
      </w:r>
      <w:proofErr w:type="spellStart"/>
      <w:r w:rsidRPr="00F50F3A">
        <w:rPr>
          <w:rFonts w:eastAsia="Times New Roman"/>
          <w:lang w:val="ru-RU"/>
        </w:rPr>
        <w:t>Маркетплейса</w:t>
      </w:r>
      <w:proofErr w:type="spellEnd"/>
      <w:r w:rsidRPr="00F50F3A">
        <w:rPr>
          <w:rFonts w:eastAsia="Times New Roman"/>
          <w:lang w:val="ru-RU"/>
        </w:rPr>
        <w:t xml:space="preserve"> (а также его логотип или товарные знаки). МП вправе публично ссылаться на фирменное наименование Поставщика (а также его логотип или товарные знаки) для указания его в качестве одного из поставщиков на Платформе, так и при иных обстоятельствах. Каждая сторона обязуется не регистрировать Объекты ИС сходные с Объектами ИС другой стороны, а также не использовать предоставленную информацию об Объектах ИС другой стороны кроме как в связи с исполнением Договора.</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Стороны оказывают друг другу разумное содействие в защите Объектов ИС (в том числе, путём уведомления друг друга обо всех известных или предполагаемых фальсификациях, копировании, подражании, имитациях или иных нарушениях прав </w:t>
      </w:r>
      <w:proofErr w:type="gramStart"/>
      <w:r w:rsidRPr="00F50F3A">
        <w:rPr>
          <w:rFonts w:eastAsia="Times New Roman"/>
          <w:lang w:val="ru-RU"/>
        </w:rPr>
        <w:t>на</w:t>
      </w:r>
      <w:proofErr w:type="gramEnd"/>
      <w:r w:rsidRPr="00F50F3A">
        <w:rPr>
          <w:rFonts w:eastAsia="Times New Roman"/>
          <w:lang w:val="ru-RU"/>
        </w:rPr>
        <w:t xml:space="preserve"> </w:t>
      </w:r>
      <w:proofErr w:type="gramStart"/>
      <w:r w:rsidRPr="00F50F3A">
        <w:rPr>
          <w:rFonts w:eastAsia="Times New Roman"/>
          <w:lang w:val="ru-RU"/>
        </w:rPr>
        <w:t>Объектов</w:t>
      </w:r>
      <w:proofErr w:type="gramEnd"/>
      <w:r w:rsidRPr="00F50F3A">
        <w:rPr>
          <w:rFonts w:eastAsia="Times New Roman"/>
          <w:lang w:val="ru-RU"/>
        </w:rPr>
        <w:t xml:space="preserve"> ИС). При этом</w:t>
      </w:r>
      <w:proofErr w:type="gramStart"/>
      <w:r w:rsidRPr="00F50F3A">
        <w:rPr>
          <w:rFonts w:eastAsia="Times New Roman"/>
          <w:lang w:val="ru-RU"/>
        </w:rPr>
        <w:t>,</w:t>
      </w:r>
      <w:proofErr w:type="gramEnd"/>
      <w:r w:rsidRPr="00F50F3A">
        <w:rPr>
          <w:rFonts w:eastAsia="Times New Roman"/>
          <w:lang w:val="ru-RU"/>
        </w:rPr>
        <w:t xml:space="preserve"> во избежание сомнений, только правообладатель сохраняет исключительное право инициировать процессуальные действия в отношении принадлежащих ему Объектов ИС.</w:t>
      </w:r>
    </w:p>
    <w:p w:rsidR="004339DC" w:rsidRPr="00F50F3A" w:rsidRDefault="00F16010" w:rsidP="004F356F">
      <w:pPr>
        <w:spacing w:after="40" w:line="240" w:lineRule="auto"/>
        <w:ind w:firstLine="720"/>
        <w:jc w:val="both"/>
        <w:rPr>
          <w:lang w:val="ru-RU"/>
        </w:rPr>
      </w:pPr>
      <w:r w:rsidRPr="00F50F3A">
        <w:rPr>
          <w:rFonts w:eastAsia="Times New Roman"/>
          <w:lang w:val="ru-RU"/>
        </w:rPr>
        <w:t>Конфиденциальная информация.</w:t>
      </w:r>
    </w:p>
    <w:p w:rsidR="004339DC" w:rsidRPr="00F50F3A" w:rsidRDefault="00F16010" w:rsidP="004F356F">
      <w:pPr>
        <w:spacing w:after="40" w:line="240" w:lineRule="auto"/>
        <w:ind w:firstLine="720"/>
        <w:jc w:val="both"/>
        <w:rPr>
          <w:lang w:val="ru-RU"/>
        </w:rPr>
      </w:pPr>
      <w:proofErr w:type="gramStart"/>
      <w:r w:rsidRPr="00F50F3A">
        <w:rPr>
          <w:rFonts w:eastAsia="Times New Roman"/>
          <w:lang w:val="ru-RU"/>
        </w:rPr>
        <w:t>Содержание Договора, а также любая информация к нему относящаяся, любая информация в Личном кабинете, документах и переписке Сторон, касающаяся предмета Договора, хода его исполнения и достигнутых результатов (включая: объемы, цены, порядок и условия оплаты, технические характеристики, техническую документацию и т.д.), не являющаяся общедоступной (публичной), вне зависимости от того, на каких носителях она содержится и в какой форме выражена, передаваемая</w:t>
      </w:r>
      <w:proofErr w:type="gramEnd"/>
      <w:r w:rsidRPr="00F50F3A">
        <w:rPr>
          <w:rFonts w:eastAsia="Times New Roman"/>
          <w:lang w:val="ru-RU"/>
        </w:rPr>
        <w:t xml:space="preserve"> Сторонами друг другу, признается Сторонами конфиденциальной информацией.</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Стороны обязаны проинформировать своих работников, которым соответствующая информация раскрывается в связи с исполнением ими своих трудовых обязанностей, об обязанностях, возникающих у Стороны по настоящему Договору, и способах обеспечения конфиденциальности информации.</w:t>
      </w:r>
    </w:p>
    <w:p w:rsidR="004339DC" w:rsidRPr="00F50F3A" w:rsidRDefault="00F16010" w:rsidP="004F356F">
      <w:pPr>
        <w:spacing w:after="40" w:line="240" w:lineRule="auto"/>
        <w:ind w:firstLine="720"/>
        <w:jc w:val="both"/>
        <w:rPr>
          <w:lang w:val="ru-RU"/>
        </w:rPr>
      </w:pPr>
      <w:r w:rsidRPr="00F50F3A">
        <w:rPr>
          <w:rFonts w:eastAsia="Times New Roman"/>
          <w:lang w:val="ru-RU"/>
        </w:rPr>
        <w:t>Каждая Сторона обязуется не раскрывать конфиденциальную информацию третьим лицам без предварительного письменного согласия другой Стороны, за исключением случаев, предусмотренных настоящим Договором.</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Сторона вправе раскрывать конфиденциальную информацию без согласия другой Стороны, если раскрытие необходимо в целях предоставления информации органам публичной власти или получения любого разрешения/согласия органа публичной власти любой страны, связанного с исполнением Договора, или если раскрытие осуществляется в соответствии с требованиями применимого права или запросами органов публичной власти любых стран.</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Сторона вправе раскрыть конфиденциальную информацию без согласия другой Стороны:</w:t>
      </w:r>
    </w:p>
    <w:p w:rsidR="004339DC" w:rsidRPr="00F50F3A" w:rsidRDefault="00F16010" w:rsidP="00F50F3A">
      <w:pPr>
        <w:spacing w:after="40" w:line="240" w:lineRule="auto"/>
        <w:jc w:val="both"/>
        <w:rPr>
          <w:lang w:val="ru-RU"/>
        </w:rPr>
      </w:pPr>
      <w:proofErr w:type="gramStart"/>
      <w:r w:rsidRPr="00F50F3A">
        <w:rPr>
          <w:rFonts w:eastAsia="Times New Roman"/>
          <w:lang w:val="ru-RU"/>
        </w:rPr>
        <w:t>(а) своим работникам, аффилированным лицам и работникам аффилированных лиц, аудиторам, консультантам, агентам, рейтинговым агентствам, финансовым учреждениям, банкам, страховым компаниям;</w:t>
      </w:r>
      <w:proofErr w:type="gramEnd"/>
    </w:p>
    <w:p w:rsidR="004339DC" w:rsidRPr="00F50F3A" w:rsidRDefault="00F16010" w:rsidP="00F50F3A">
      <w:pPr>
        <w:spacing w:after="40" w:line="240" w:lineRule="auto"/>
        <w:jc w:val="both"/>
        <w:rPr>
          <w:lang w:val="ru-RU"/>
        </w:rPr>
      </w:pPr>
      <w:r w:rsidRPr="00F50F3A">
        <w:rPr>
          <w:rFonts w:eastAsia="Times New Roman"/>
          <w:lang w:val="ru-RU"/>
        </w:rPr>
        <w:lastRenderedPageBreak/>
        <w:t>(б) иным лицам, в рамках договоренностей с которыми на Сторону и/или ее аффилированных лиц возложена обязанность по раскрытию такой информации;</w:t>
      </w:r>
    </w:p>
    <w:p w:rsidR="004339DC" w:rsidRPr="00F50F3A" w:rsidRDefault="00F16010" w:rsidP="00F50F3A">
      <w:pPr>
        <w:spacing w:after="40" w:line="240" w:lineRule="auto"/>
        <w:jc w:val="both"/>
        <w:rPr>
          <w:lang w:val="ru-RU"/>
        </w:rPr>
      </w:pPr>
      <w:r w:rsidRPr="00F50F3A">
        <w:rPr>
          <w:rFonts w:eastAsia="Times New Roman"/>
          <w:lang w:val="ru-RU"/>
        </w:rPr>
        <w:t>(в) третьим лицам, если это необходимо в целях исполнения Договора, при условии соблюдения соответствующими лицами режима конфиденциальности в отношении раскрываемой информации.</w:t>
      </w:r>
    </w:p>
    <w:p w:rsidR="004339DC" w:rsidRPr="00F50F3A" w:rsidRDefault="00F16010" w:rsidP="004F356F">
      <w:pPr>
        <w:spacing w:after="40" w:line="240" w:lineRule="auto"/>
        <w:ind w:firstLine="720"/>
        <w:jc w:val="both"/>
        <w:rPr>
          <w:lang w:val="ru-RU"/>
        </w:rPr>
      </w:pPr>
      <w:r w:rsidRPr="00F50F3A">
        <w:rPr>
          <w:rFonts w:eastAsia="Times New Roman"/>
          <w:lang w:val="ru-RU"/>
        </w:rPr>
        <w:t>Не признается конфиденциальной информацией сведения и документы, подтверждающие качество Товара. Информация не является конфиденциальной, если она:</w:t>
      </w:r>
    </w:p>
    <w:p w:rsidR="004339DC" w:rsidRPr="00F50F3A" w:rsidRDefault="00F16010" w:rsidP="00F50F3A">
      <w:pPr>
        <w:spacing w:after="40" w:line="240" w:lineRule="auto"/>
        <w:jc w:val="both"/>
        <w:rPr>
          <w:lang w:val="ru-RU"/>
        </w:rPr>
      </w:pPr>
      <w:r w:rsidRPr="00F50F3A">
        <w:rPr>
          <w:rFonts w:eastAsia="Times New Roman"/>
          <w:lang w:val="ru-RU"/>
        </w:rPr>
        <w:t>- является общедоступной или становится таковой в силу требований применимого права либо в результате совместных действий или решений Сторон, передавших информацию;</w:t>
      </w:r>
    </w:p>
    <w:p w:rsidR="004339DC" w:rsidRPr="00F50F3A" w:rsidRDefault="00F16010" w:rsidP="00F50F3A">
      <w:pPr>
        <w:spacing w:after="40" w:line="240" w:lineRule="auto"/>
        <w:jc w:val="both"/>
        <w:rPr>
          <w:lang w:val="ru-RU"/>
        </w:rPr>
      </w:pPr>
      <w:r w:rsidRPr="00F50F3A">
        <w:rPr>
          <w:rFonts w:eastAsia="Times New Roman"/>
          <w:lang w:val="ru-RU"/>
        </w:rPr>
        <w:t>- была известна на законных основаниях другой Стороне до момента вступления в силу настоящего Договора, что должно подтверждаться документами или иными доказательствами;</w:t>
      </w:r>
    </w:p>
    <w:p w:rsidR="004339DC" w:rsidRPr="00F50F3A" w:rsidRDefault="00F16010" w:rsidP="00F50F3A">
      <w:pPr>
        <w:spacing w:after="40" w:line="240" w:lineRule="auto"/>
        <w:jc w:val="both"/>
        <w:rPr>
          <w:lang w:val="ru-RU"/>
        </w:rPr>
      </w:pPr>
      <w:r w:rsidRPr="00F50F3A">
        <w:rPr>
          <w:rFonts w:eastAsia="Times New Roman"/>
          <w:lang w:val="ru-RU"/>
        </w:rPr>
        <w:t>- была правомерно получена другой Стороной от третьих лиц, которые не были связаны обязательством о неразглашении этой информации со Стороной, передавшей информацию, что должно подтверждаться документами или иными доказательствами.</w:t>
      </w:r>
    </w:p>
    <w:p w:rsidR="004339DC" w:rsidRPr="00F50F3A" w:rsidRDefault="00F16010" w:rsidP="004F356F">
      <w:pPr>
        <w:spacing w:after="40" w:line="240" w:lineRule="auto"/>
        <w:ind w:firstLine="720"/>
        <w:jc w:val="both"/>
        <w:rPr>
          <w:lang w:val="ru-RU"/>
        </w:rPr>
      </w:pPr>
      <w:r w:rsidRPr="00F50F3A">
        <w:rPr>
          <w:rFonts w:eastAsia="Times New Roman"/>
          <w:lang w:val="ru-RU"/>
        </w:rPr>
        <w:t>В случае заключения Сторонами отдельного соглашения о конфиденциальности, такое соглашение будет являться неотъемлемой частью Договора. В случае противоречия между условиями настоящего раздела Договора и условиями соглашения о конфиденциальности превалируют условия заключенного соглашения о конфиденциальности в отношении конфиденциальной информации, передаваемой в рамках настоящего Договора.</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Обязательства сторон по конфиденциальности сохраняют силу в течение 5 (пяти) лет </w:t>
      </w:r>
      <w:proofErr w:type="gramStart"/>
      <w:r w:rsidRPr="00F50F3A">
        <w:rPr>
          <w:rFonts w:eastAsia="Times New Roman"/>
          <w:lang w:val="ru-RU"/>
        </w:rPr>
        <w:t>с даты прекращения</w:t>
      </w:r>
      <w:proofErr w:type="gramEnd"/>
      <w:r w:rsidRPr="00F50F3A">
        <w:rPr>
          <w:rFonts w:eastAsia="Times New Roman"/>
          <w:lang w:val="ru-RU"/>
        </w:rPr>
        <w:t xml:space="preserve"> Договора по любому основанию.</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Несмотря </w:t>
      </w:r>
      <w:proofErr w:type="gramStart"/>
      <w:r w:rsidRPr="00F50F3A">
        <w:rPr>
          <w:rFonts w:eastAsia="Times New Roman"/>
          <w:lang w:val="ru-RU"/>
        </w:rPr>
        <w:t>на</w:t>
      </w:r>
      <w:proofErr w:type="gramEnd"/>
      <w:r w:rsidRPr="00F50F3A">
        <w:rPr>
          <w:rFonts w:eastAsia="Times New Roman"/>
          <w:lang w:val="ru-RU"/>
        </w:rPr>
        <w:t xml:space="preserve"> </w:t>
      </w:r>
      <w:proofErr w:type="gramStart"/>
      <w:r w:rsidRPr="00F50F3A">
        <w:rPr>
          <w:rFonts w:eastAsia="Times New Roman"/>
          <w:lang w:val="ru-RU"/>
        </w:rPr>
        <w:t>вышеизложенное</w:t>
      </w:r>
      <w:proofErr w:type="gramEnd"/>
      <w:r w:rsidRPr="00F50F3A">
        <w:rPr>
          <w:rFonts w:eastAsia="Times New Roman"/>
          <w:lang w:val="ru-RU"/>
        </w:rPr>
        <w:t xml:space="preserve">, </w:t>
      </w:r>
      <w:proofErr w:type="spellStart"/>
      <w:r w:rsidRPr="00F50F3A">
        <w:rPr>
          <w:rFonts w:eastAsia="Times New Roman"/>
          <w:lang w:val="ru-RU"/>
        </w:rPr>
        <w:t>Маркетплейс</w:t>
      </w:r>
      <w:proofErr w:type="spellEnd"/>
      <w:r w:rsidRPr="00F50F3A">
        <w:rPr>
          <w:rFonts w:eastAsia="Times New Roman"/>
          <w:lang w:val="ru-RU"/>
        </w:rPr>
        <w:t xml:space="preserve"> вправе по своему усмотрению использовать информацию о Поставщике и его Товарах в рекламно-аналитических и маркетинговых целях для продвижения Платформы и привлечения новых Клиентов на Платформу для исполнения настоящего Договора.</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Стороны подтверждают и гарантируют соблюдение требований законодательства Российской Федерации о персональных данных. Заключая Договор, Поставщик подтверждает получение согласия своих представителей и работников на обработку </w:t>
      </w:r>
      <w:proofErr w:type="spellStart"/>
      <w:r w:rsidRPr="00F50F3A">
        <w:rPr>
          <w:rFonts w:eastAsia="Times New Roman"/>
          <w:lang w:val="ru-RU"/>
        </w:rPr>
        <w:t>Маркетплейсом</w:t>
      </w:r>
      <w:proofErr w:type="spellEnd"/>
      <w:r w:rsidRPr="00F50F3A">
        <w:rPr>
          <w:rFonts w:eastAsia="Times New Roman"/>
          <w:lang w:val="ru-RU"/>
        </w:rPr>
        <w:t xml:space="preserve"> их персональных данных, которые Поставщик предоставляет </w:t>
      </w:r>
      <w:proofErr w:type="spellStart"/>
      <w:r w:rsidRPr="00F50F3A">
        <w:rPr>
          <w:rFonts w:eastAsia="Times New Roman"/>
          <w:lang w:val="ru-RU"/>
        </w:rPr>
        <w:t>Маркетплейсу</w:t>
      </w:r>
      <w:proofErr w:type="spellEnd"/>
      <w:r w:rsidRPr="00F50F3A">
        <w:rPr>
          <w:rFonts w:eastAsia="Times New Roman"/>
          <w:lang w:val="ru-RU"/>
        </w:rPr>
        <w:t>, в соответствии с действующим законодательством Российской Федерации (РФ).</w:t>
      </w:r>
    </w:p>
    <w:p w:rsidR="004339DC" w:rsidRPr="00F50F3A" w:rsidRDefault="00F16010" w:rsidP="004F356F">
      <w:pPr>
        <w:spacing w:before="100" w:after="60"/>
        <w:ind w:firstLine="720"/>
        <w:jc w:val="both"/>
        <w:rPr>
          <w:lang w:val="ru-RU"/>
        </w:rPr>
      </w:pPr>
      <w:r w:rsidRPr="00F50F3A">
        <w:rPr>
          <w:rFonts w:eastAsia="Times New Roman"/>
          <w:b/>
          <w:lang w:val="ru-RU"/>
        </w:rPr>
        <w:t>Персональные данные Клиентов.</w:t>
      </w:r>
    </w:p>
    <w:p w:rsidR="004339DC" w:rsidRPr="00F50F3A" w:rsidRDefault="00F16010" w:rsidP="00F50F3A">
      <w:pPr>
        <w:spacing w:after="40" w:line="240" w:lineRule="auto"/>
        <w:jc w:val="both"/>
        <w:rPr>
          <w:lang w:val="ru-RU"/>
        </w:rPr>
      </w:pPr>
      <w:r w:rsidRPr="00F50F3A">
        <w:rPr>
          <w:rFonts w:eastAsia="Times New Roman"/>
          <w:lang w:val="ru-RU"/>
        </w:rPr>
        <w:t>Получая персональные данные Клиента для исполнения заключённого непосредственно между Поставщиком и Клиентом договора купли-продажи, Поставщик действует как самостоятельный оператор персональных данных в той части, в которой самостоятельно определяет цели и способы их обработки, и обязан соблюдать Федеральный закон № 152-ФЗ.</w:t>
      </w:r>
    </w:p>
    <w:p w:rsidR="004339DC" w:rsidRPr="00F50F3A" w:rsidRDefault="00F16010" w:rsidP="004F356F">
      <w:pPr>
        <w:spacing w:after="40" w:line="240" w:lineRule="auto"/>
        <w:ind w:firstLine="720"/>
        <w:jc w:val="both"/>
        <w:rPr>
          <w:lang w:val="ru-RU"/>
        </w:rPr>
      </w:pPr>
      <w:r w:rsidRPr="00F50F3A">
        <w:rPr>
          <w:rFonts w:eastAsia="Times New Roman"/>
          <w:lang w:val="ru-RU"/>
        </w:rPr>
        <w:t>Поставщик использует данные Клиента только в объёме, необходимом для подтверждения и исполнения Заказа, организации доставки, рассмотрения требований Клиента и выполнения обязанностей, установленных законом. Использование этих данных для собственной рекламы без самостоятельного законного основания и необходимого согласия Клиента запрещено.</w:t>
      </w:r>
    </w:p>
    <w:p w:rsidR="004339DC" w:rsidRPr="00F50F3A" w:rsidRDefault="00F16010" w:rsidP="004F356F">
      <w:pPr>
        <w:spacing w:after="40" w:line="240" w:lineRule="auto"/>
        <w:ind w:firstLine="720"/>
        <w:jc w:val="both"/>
        <w:rPr>
          <w:lang w:val="ru-RU"/>
        </w:rPr>
      </w:pPr>
      <w:r w:rsidRPr="00F50F3A">
        <w:rPr>
          <w:rFonts w:eastAsia="Times New Roman"/>
          <w:lang w:val="ru-RU"/>
        </w:rPr>
        <w:t>Если МП поручает Поставщику либо иному лицу обработку персональных данных от имени и в интересах МП, такое поручение оформляется в соответствии с частью 3 статьи 6 Федерального закона № 152-ФЗ и должно определять перечень данных, операции, цели, требования конфиденциальности и безопасности, локализации, подтверждения мер защиты и уведомления об инцидентах.</w:t>
      </w:r>
    </w:p>
    <w:p w:rsidR="004339DC" w:rsidRPr="00F50F3A" w:rsidRDefault="00F16010" w:rsidP="004F356F">
      <w:pPr>
        <w:spacing w:after="40" w:line="240" w:lineRule="auto"/>
        <w:ind w:firstLine="720"/>
        <w:jc w:val="both"/>
        <w:rPr>
          <w:lang w:val="ru-RU"/>
        </w:rPr>
      </w:pPr>
      <w:r w:rsidRPr="00F50F3A">
        <w:rPr>
          <w:rFonts w:eastAsia="Times New Roman"/>
          <w:lang w:val="ru-RU"/>
        </w:rPr>
        <w:t>Поставщик обязан принимать необходимые правовые, организационные и технические меры защиты, обеспечивать законность передачи данных привлечённым им лицам и уничтожать персональные данные после достижения целей обработки при отсутствии иных законных оснований для их хранения.</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Поставщик обязан незамедлительно, но не позднее 24 часов с момента обнаружения, уведомить МП о факте неправомерного или случайного доступа, передачи, распространения либо иной компрометации персональных данных Клиентов и предоставить сведения, необходимые МП для исполнения обязанностей перед </w:t>
      </w:r>
      <w:proofErr w:type="spellStart"/>
      <w:r w:rsidRPr="00F50F3A">
        <w:rPr>
          <w:rFonts w:eastAsia="Times New Roman"/>
          <w:lang w:val="ru-RU"/>
        </w:rPr>
        <w:t>Роскомнадзором</w:t>
      </w:r>
      <w:proofErr w:type="spellEnd"/>
      <w:r w:rsidRPr="00F50F3A">
        <w:rPr>
          <w:rFonts w:eastAsia="Times New Roman"/>
          <w:lang w:val="ru-RU"/>
        </w:rPr>
        <w:t xml:space="preserve"> и субъектами данных.</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Поставщик несёт ответственность за нарушения законодательства о персональных данных, допущенные по его вине, и возмещает </w:t>
      </w:r>
      <w:proofErr w:type="gramStart"/>
      <w:r w:rsidRPr="00F50F3A">
        <w:rPr>
          <w:rFonts w:eastAsia="Times New Roman"/>
          <w:lang w:val="ru-RU"/>
        </w:rPr>
        <w:t>МП</w:t>
      </w:r>
      <w:proofErr w:type="gramEnd"/>
      <w:r w:rsidRPr="00F50F3A">
        <w:rPr>
          <w:rFonts w:eastAsia="Times New Roman"/>
          <w:lang w:val="ru-RU"/>
        </w:rPr>
        <w:t xml:space="preserve"> документально подтверждённые убытки в порядке, установленном Договором и законодательством.</w:t>
      </w: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339DC" w:rsidRPr="00F50F3A" w:rsidRDefault="00F16010" w:rsidP="004F356F">
      <w:pPr>
        <w:spacing w:before="160" w:after="80"/>
        <w:ind w:left="7920"/>
        <w:jc w:val="both"/>
        <w:rPr>
          <w:lang w:val="ru-RU"/>
        </w:rPr>
      </w:pPr>
      <w:r w:rsidRPr="00F50F3A">
        <w:rPr>
          <w:rFonts w:eastAsia="Times New Roman"/>
          <w:b/>
          <w:sz w:val="23"/>
          <w:lang w:val="ru-RU"/>
        </w:rPr>
        <w:lastRenderedPageBreak/>
        <w:t>Приложение № 1</w:t>
      </w:r>
    </w:p>
    <w:p w:rsidR="004339DC" w:rsidRPr="00F50F3A" w:rsidRDefault="00F16010" w:rsidP="004F356F">
      <w:pPr>
        <w:spacing w:before="160" w:after="80"/>
        <w:jc w:val="center"/>
        <w:rPr>
          <w:lang w:val="ru-RU"/>
        </w:rPr>
      </w:pPr>
      <w:r w:rsidRPr="00F50F3A">
        <w:rPr>
          <w:rFonts w:eastAsia="Times New Roman"/>
          <w:b/>
          <w:sz w:val="23"/>
          <w:lang w:val="ru-RU"/>
        </w:rPr>
        <w:t>Соглашение об осуществлении электронного документооборота.</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Стороны определили, что условия настоящего Соглашения применяются при взаимодействии Сторон в рамках Условий и определяют порядок взаимодействия при применении электронного документооборота (далее – ЭДО), в соответствии с действующим законодательством РФ.</w:t>
      </w:r>
    </w:p>
    <w:p w:rsidR="004339DC" w:rsidRPr="00F50F3A" w:rsidRDefault="00F16010" w:rsidP="004F356F">
      <w:pPr>
        <w:spacing w:after="40" w:line="240" w:lineRule="auto"/>
        <w:ind w:firstLine="720"/>
        <w:jc w:val="both"/>
        <w:rPr>
          <w:lang w:val="ru-RU"/>
        </w:rPr>
      </w:pPr>
      <w:r w:rsidRPr="00F50F3A">
        <w:rPr>
          <w:rFonts w:eastAsia="Times New Roman"/>
          <w:lang w:val="ru-RU"/>
        </w:rPr>
        <w:t>Для передачи электронных документов (далее – ЭД) по телекоммуникационным каналам связи стороны используют Операторов ЭДО, опубликованных на сайте ФНС РФ (</w:t>
      </w:r>
      <w:r>
        <w:rPr>
          <w:rFonts w:eastAsia="Times New Roman"/>
        </w:rPr>
        <w:t>https</w:t>
      </w:r>
      <w:r w:rsidRPr="00F50F3A">
        <w:rPr>
          <w:rFonts w:eastAsia="Times New Roman"/>
          <w:lang w:val="ru-RU"/>
        </w:rPr>
        <w:t>://</w:t>
      </w:r>
      <w:r>
        <w:rPr>
          <w:rFonts w:eastAsia="Times New Roman"/>
        </w:rPr>
        <w:t>www</w:t>
      </w:r>
      <w:r w:rsidRPr="00F50F3A">
        <w:rPr>
          <w:rFonts w:eastAsia="Times New Roman"/>
          <w:lang w:val="ru-RU"/>
        </w:rPr>
        <w:t>.</w:t>
      </w:r>
      <w:proofErr w:type="spellStart"/>
      <w:r>
        <w:rPr>
          <w:rFonts w:eastAsia="Times New Roman"/>
        </w:rPr>
        <w:t>nalog</w:t>
      </w:r>
      <w:proofErr w:type="spellEnd"/>
      <w:r w:rsidRPr="00F50F3A">
        <w:rPr>
          <w:rFonts w:eastAsia="Times New Roman"/>
          <w:lang w:val="ru-RU"/>
        </w:rPr>
        <w:t>.</w:t>
      </w:r>
      <w:proofErr w:type="spellStart"/>
      <w:r>
        <w:rPr>
          <w:rFonts w:eastAsia="Times New Roman"/>
        </w:rPr>
        <w:t>ru</w:t>
      </w:r>
      <w:proofErr w:type="spellEnd"/>
      <w:r w:rsidRPr="00F50F3A">
        <w:rPr>
          <w:rFonts w:eastAsia="Times New Roman"/>
          <w:lang w:val="ru-RU"/>
        </w:rPr>
        <w:t>). Стороны за свой счет заключают лицензионные договоры, договоры на выпуск и получение квалифицированных сертификатов с Оператором ЭДО, Удостоверяющим центром и самостоятельно подключаются к системе Оператора ЭДО.</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Стороны заверяют, что обладают техническими средствами и возможностями для приёма и обработки документов в ЭДО, обязуются за собственный счет приобрести и поддерживать в рабочем состоянии антивирусное программное обеспечение (ПО), а также технические средства, используемые для ЭДО.</w:t>
      </w:r>
    </w:p>
    <w:p w:rsidR="004339DC" w:rsidRPr="00F50F3A" w:rsidRDefault="00F16010" w:rsidP="004F356F">
      <w:pPr>
        <w:spacing w:after="40" w:line="240" w:lineRule="auto"/>
        <w:ind w:firstLine="720"/>
        <w:jc w:val="both"/>
        <w:rPr>
          <w:lang w:val="ru-RU"/>
        </w:rPr>
      </w:pPr>
      <w:r w:rsidRPr="00F50F3A">
        <w:rPr>
          <w:rFonts w:eastAsia="Times New Roman"/>
          <w:lang w:val="ru-RU"/>
        </w:rPr>
        <w:t>Уполномоченное лицо Стороны должно иметь собственную усиленную квалифицированную электронную подпись (далее – УКЭП), подтвержденную квалифицированным сертификатом Удостоверяющего центра, и, за исключением лиц, согласно законодательству РФ, право действовать от имени Стороны без доверенности, доверенность, подтверждающую его полномочия, оформленную Стороной в установленном порядке.</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Сторона обязана </w:t>
      </w:r>
      <w:proofErr w:type="gramStart"/>
      <w:r w:rsidRPr="00F50F3A">
        <w:rPr>
          <w:rFonts w:eastAsia="Times New Roman"/>
          <w:lang w:val="ru-RU"/>
        </w:rPr>
        <w:t>предоставить документы</w:t>
      </w:r>
      <w:proofErr w:type="gramEnd"/>
      <w:r w:rsidRPr="00F50F3A">
        <w:rPr>
          <w:rFonts w:eastAsia="Times New Roman"/>
          <w:lang w:val="ru-RU"/>
        </w:rPr>
        <w:t>, подтверждающие полномочия лиц, уполномоченных ею на обмен/подписание ЭД (их надлежащие копии, в том числе, где применимо, электронные дубликаты доверенностей), другой Стороне (по запросу последней) и Удостоверяющему центру. Стороны обязаны немедленно уведомлять друг друга о прекращении или об изменении полномочий указанных лиц. Риск неблагоприятных последствий в случае такого не уведомления несет не уведомившая Сторона. Стороны обеспечивают подписание ЭД УКЭП подписантов, имеющих необходимые для этого полномочия.</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Стороны в рамках настоящего Соглашения будут обмениваться формализованными и неформализованными документам без ограничений по видам документов.</w:t>
      </w:r>
    </w:p>
    <w:p w:rsidR="004339DC" w:rsidRPr="00F50F3A" w:rsidRDefault="00F16010" w:rsidP="004F356F">
      <w:pPr>
        <w:spacing w:after="40" w:line="240" w:lineRule="auto"/>
        <w:ind w:firstLine="720"/>
        <w:jc w:val="both"/>
        <w:rPr>
          <w:lang w:val="ru-RU"/>
        </w:rPr>
      </w:pPr>
      <w:r w:rsidRPr="00F50F3A">
        <w:rPr>
          <w:rFonts w:eastAsia="Times New Roman"/>
          <w:lang w:val="ru-RU"/>
        </w:rPr>
        <w:t>Формализованные ЭД − электронные документы, для которых нормативно-правовыми актами РФ установлены обязательные и (или) рекомендованные электронные форматы.</w:t>
      </w:r>
    </w:p>
    <w:p w:rsidR="004339DC" w:rsidRPr="00F50F3A" w:rsidRDefault="00F16010" w:rsidP="004F356F">
      <w:pPr>
        <w:spacing w:after="40" w:line="240" w:lineRule="auto"/>
        <w:ind w:firstLine="720"/>
        <w:jc w:val="both"/>
        <w:rPr>
          <w:lang w:val="ru-RU"/>
        </w:rPr>
      </w:pPr>
      <w:r w:rsidRPr="00F50F3A">
        <w:rPr>
          <w:rFonts w:eastAsia="Times New Roman"/>
          <w:lang w:val="ru-RU"/>
        </w:rPr>
        <w:t>Неформализованные ЭД – электронные документы, для которых нормативно-правовыми актами РФ не установлены обязательные и (или) рекомендованные электронные форматы.</w:t>
      </w:r>
    </w:p>
    <w:p w:rsidR="004339DC" w:rsidRPr="00F50F3A" w:rsidRDefault="00F16010" w:rsidP="004F356F">
      <w:pPr>
        <w:spacing w:after="40" w:line="240" w:lineRule="auto"/>
        <w:ind w:firstLine="720"/>
        <w:jc w:val="both"/>
        <w:rPr>
          <w:lang w:val="ru-RU"/>
        </w:rPr>
      </w:pPr>
      <w:r w:rsidRPr="00F50F3A">
        <w:rPr>
          <w:rFonts w:eastAsia="Times New Roman"/>
          <w:lang w:val="ru-RU"/>
        </w:rPr>
        <w:t>ЭД, содержание которого соответствует требованиям нормативно-правовых актов РФ и условиям настоящего Соглашения, должен приниматься Сторонами к учету в качестве первичного учетного документа (где применимо), использоваться в качестве доказательства в судебных разбирательствах, представляться в государственные органы по запросам последних.</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Стороны обязуются сохранять в тайне секретные ключи, пароли доступа к оператору ЭДО, немедленно по доступным каналам связи информировать Оператора ЭДО и друг друга обо всех случаях компрометации секретных ключей, паролей, их утраты, хищения, несанкционированного использования.</w:t>
      </w:r>
    </w:p>
    <w:p w:rsidR="004339DC" w:rsidRPr="00F50F3A" w:rsidRDefault="00F16010" w:rsidP="004F356F">
      <w:pPr>
        <w:spacing w:after="40" w:line="240" w:lineRule="auto"/>
        <w:ind w:firstLine="720"/>
        <w:jc w:val="both"/>
        <w:rPr>
          <w:lang w:val="ru-RU"/>
        </w:rPr>
      </w:pPr>
      <w:r w:rsidRPr="00F50F3A">
        <w:rPr>
          <w:rFonts w:eastAsia="Times New Roman"/>
          <w:lang w:val="ru-RU"/>
        </w:rPr>
        <w:t>Стороны незамедлительно обязаны информировать друг друга о невозможности обмена документами в электронном виде, подписанными УКЭП, в случае технического сбоя внутренних систем Стороны.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Каждая Сторона несет ответственность за все ЭД, оформленные и переданные от имени этой Стороны, в том числе, когда ЭД был </w:t>
      </w:r>
      <w:proofErr w:type="gramStart"/>
      <w:r w:rsidRPr="00F50F3A">
        <w:rPr>
          <w:rFonts w:eastAsia="Times New Roman"/>
          <w:lang w:val="ru-RU"/>
        </w:rPr>
        <w:t>подготовлен</w:t>
      </w:r>
      <w:proofErr w:type="gramEnd"/>
      <w:r w:rsidRPr="00F50F3A">
        <w:rPr>
          <w:rFonts w:eastAsia="Times New Roman"/>
          <w:lang w:val="ru-RU"/>
        </w:rPr>
        <w:t>/передан лицом, не уполномоченным на это данной Стороной. В случае возникновения спора между Сторонами по вопросам авторства/подлинности ЭД, разрешение спора производится в соответствии с Регламентом Удостоверяющего центра, выдавшего сертификаты УКЭП.</w:t>
      </w: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339DC" w:rsidRPr="00F50F3A" w:rsidRDefault="00F16010" w:rsidP="004F356F">
      <w:pPr>
        <w:spacing w:before="160" w:after="80"/>
        <w:ind w:left="7920"/>
        <w:jc w:val="both"/>
        <w:rPr>
          <w:lang w:val="ru-RU"/>
        </w:rPr>
      </w:pPr>
      <w:r w:rsidRPr="00F50F3A">
        <w:rPr>
          <w:rFonts w:eastAsia="Times New Roman"/>
          <w:b/>
          <w:sz w:val="23"/>
          <w:lang w:val="ru-RU"/>
        </w:rPr>
        <w:lastRenderedPageBreak/>
        <w:t>Приложение № 2</w:t>
      </w:r>
    </w:p>
    <w:p w:rsidR="004339DC" w:rsidRPr="00F50F3A" w:rsidRDefault="00F16010" w:rsidP="004F356F">
      <w:pPr>
        <w:spacing w:before="160" w:after="80"/>
        <w:jc w:val="center"/>
        <w:rPr>
          <w:lang w:val="ru-RU"/>
        </w:rPr>
      </w:pPr>
      <w:r w:rsidRPr="00F50F3A">
        <w:rPr>
          <w:rFonts w:eastAsia="Times New Roman"/>
          <w:b/>
          <w:sz w:val="23"/>
          <w:lang w:val="ru-RU"/>
        </w:rPr>
        <w:t>Требования к Товару</w:t>
      </w:r>
    </w:p>
    <w:p w:rsidR="004339DC" w:rsidRPr="00F50F3A" w:rsidRDefault="00F16010" w:rsidP="00F50F3A">
      <w:pPr>
        <w:spacing w:before="160" w:after="80"/>
        <w:jc w:val="both"/>
        <w:rPr>
          <w:lang w:val="ru-RU"/>
        </w:rPr>
      </w:pPr>
      <w:r w:rsidRPr="00F50F3A">
        <w:rPr>
          <w:rFonts w:eastAsia="Times New Roman"/>
          <w:b/>
          <w:sz w:val="23"/>
          <w:lang w:val="ru-RU"/>
        </w:rPr>
        <w:t>ОБЩИЕ ТРЕБОВАНИЯ К ТОВАРУ:</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Товар должен соответствовать условиям Договора, описанию в Карточке товара по всем параметрам, включая, помимо прочего, размеры и вес товара, а также иным требованиям </w:t>
      </w:r>
      <w:proofErr w:type="spellStart"/>
      <w:r w:rsidRPr="00F50F3A">
        <w:rPr>
          <w:rFonts w:eastAsia="Times New Roman"/>
          <w:lang w:val="ru-RU"/>
        </w:rPr>
        <w:t>Маркетплейса</w:t>
      </w:r>
      <w:proofErr w:type="spellEnd"/>
      <w:r w:rsidRPr="00F50F3A">
        <w:rPr>
          <w:rFonts w:eastAsia="Times New Roman"/>
          <w:lang w:val="ru-RU"/>
        </w:rPr>
        <w:t>, доводящимся до сведения  Поставщика через Личный кабинет.</w:t>
      </w:r>
    </w:p>
    <w:p w:rsidR="004339DC" w:rsidRPr="00F50F3A" w:rsidRDefault="00F16010" w:rsidP="004F356F">
      <w:pPr>
        <w:spacing w:after="40" w:line="240" w:lineRule="auto"/>
        <w:ind w:firstLine="720"/>
        <w:jc w:val="both"/>
        <w:rPr>
          <w:lang w:val="ru-RU"/>
        </w:rPr>
      </w:pPr>
      <w:r w:rsidRPr="00F50F3A">
        <w:rPr>
          <w:rFonts w:eastAsia="Times New Roman"/>
          <w:lang w:val="ru-RU"/>
        </w:rPr>
        <w:t>Товар должен быть надлежащего качества, то есть пригоден для целей, для которых товар такого рода обычно используется. Поставщик до начала реализации товара указывает в Личном кабинете реквизиты (и/или загружает копии) документов, подтверждающих соответствие качества товара всем обязательным требованиям, и поддерживает актуальность в Личном кабинете таких документов (при их изменении), а также   предоставляет информацию о классе опасности товара. Товар не должен иметь видимых изменений, деформаций или поломок самого товара или его упаковки.</w:t>
      </w:r>
    </w:p>
    <w:p w:rsidR="004339DC" w:rsidRPr="00F50F3A" w:rsidRDefault="00F16010" w:rsidP="004F356F">
      <w:pPr>
        <w:spacing w:after="40" w:line="240" w:lineRule="auto"/>
        <w:ind w:firstLine="720"/>
        <w:jc w:val="both"/>
        <w:rPr>
          <w:lang w:val="ru-RU"/>
        </w:rPr>
      </w:pPr>
      <w:r w:rsidRPr="00F50F3A">
        <w:rPr>
          <w:rFonts w:eastAsia="Times New Roman"/>
          <w:lang w:val="ru-RU"/>
        </w:rPr>
        <w:t>Для Товаров, являющихся продуктами питания, Поставщик обязуется неукоснительно соблюдать требования Технических регламентов Таможенного союза (</w:t>
      </w:r>
      <w:proofErr w:type="gramStart"/>
      <w:r w:rsidRPr="00F50F3A">
        <w:rPr>
          <w:rFonts w:eastAsia="Times New Roman"/>
          <w:lang w:val="ru-RU"/>
        </w:rPr>
        <w:t>ТР</w:t>
      </w:r>
      <w:proofErr w:type="gramEnd"/>
      <w:r w:rsidRPr="00F50F3A">
        <w:rPr>
          <w:rFonts w:eastAsia="Times New Roman"/>
          <w:lang w:val="ru-RU"/>
        </w:rPr>
        <w:t xml:space="preserve"> ТС 021/2011 «О безопасности пищевой продукции», ТР ТС 022/2011 «Пищевая продукция в части ее маркировки»), а также иных обязательных требований законодательства РФ на дату размещения на Товара  на МП, в сфере безопасности и оборота пищевых продуктов.</w:t>
      </w:r>
    </w:p>
    <w:p w:rsidR="004339DC" w:rsidRPr="00F50F3A" w:rsidRDefault="00F16010" w:rsidP="004F356F">
      <w:pPr>
        <w:spacing w:after="40" w:line="240" w:lineRule="auto"/>
        <w:ind w:firstLine="720"/>
        <w:jc w:val="both"/>
        <w:rPr>
          <w:lang w:val="ru-RU"/>
        </w:rPr>
      </w:pPr>
      <w:r w:rsidRPr="00F50F3A">
        <w:rPr>
          <w:rFonts w:eastAsia="Times New Roman"/>
          <w:lang w:val="ru-RU"/>
        </w:rPr>
        <w:t>Поставщик гарантирует, что на момент передачи Клиенту остаточный срок годности Товара будет составлять не менее 70% от общего срока годности, установленного изготовителем. В Карточке товара обязательно указывается дата изготовления и конечный срок реализации.</w:t>
      </w:r>
    </w:p>
    <w:p w:rsidR="004339DC" w:rsidRPr="00F50F3A" w:rsidRDefault="00F16010" w:rsidP="004F356F">
      <w:pPr>
        <w:spacing w:after="40" w:line="240" w:lineRule="auto"/>
        <w:ind w:firstLine="720"/>
        <w:jc w:val="both"/>
        <w:rPr>
          <w:lang w:val="ru-RU"/>
        </w:rPr>
      </w:pPr>
      <w:r w:rsidRPr="00F50F3A">
        <w:rPr>
          <w:rFonts w:eastAsia="Times New Roman"/>
          <w:lang w:val="ru-RU"/>
        </w:rPr>
        <w:t>Если это предусмотрено законодательством РФ, то к Товару должны быть приложены документы, подтверждающие его обязательную сертификацию и/или декларацию о соответствии.</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В отношении всех размещаемых для продажи Товаров Поставщик получил исключительное право либо лицензии или иные необходимые согласия на использование фирменных и иных наименований, товарных знаков, знаков обслуживания, коммерческих обозначений, имён, изображений и/или иных охраняемых РИД (результат интеллектуальной деятельности) третьих лиц. Поставщик по запросу </w:t>
      </w:r>
      <w:proofErr w:type="spellStart"/>
      <w:r w:rsidRPr="00F50F3A">
        <w:rPr>
          <w:rFonts w:eastAsia="Times New Roman"/>
          <w:lang w:val="ru-RU"/>
        </w:rPr>
        <w:t>Маркетплейса</w:t>
      </w:r>
      <w:proofErr w:type="spellEnd"/>
      <w:r w:rsidRPr="00F50F3A">
        <w:rPr>
          <w:rFonts w:eastAsia="Times New Roman"/>
          <w:lang w:val="ru-RU"/>
        </w:rPr>
        <w:t xml:space="preserve"> до начала реализации товара обязан загрузить в Личный кабинет копии документов, подтверждающих право на использование РИД.</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Поставщик обязан в течение 3 (трёх) календарных дней </w:t>
      </w:r>
      <w:proofErr w:type="gramStart"/>
      <w:r w:rsidRPr="00F50F3A">
        <w:rPr>
          <w:rFonts w:eastAsia="Times New Roman"/>
          <w:lang w:val="ru-RU"/>
        </w:rPr>
        <w:t>с даты направления</w:t>
      </w:r>
      <w:proofErr w:type="gramEnd"/>
      <w:r w:rsidRPr="00F50F3A">
        <w:rPr>
          <w:rFonts w:eastAsia="Times New Roman"/>
          <w:lang w:val="ru-RU"/>
        </w:rPr>
        <w:t xml:space="preserve"> запроса предоставлять </w:t>
      </w:r>
      <w:proofErr w:type="spellStart"/>
      <w:r w:rsidRPr="00F50F3A">
        <w:rPr>
          <w:rFonts w:eastAsia="Times New Roman"/>
          <w:lang w:val="ru-RU"/>
        </w:rPr>
        <w:t>Маркетплейсу</w:t>
      </w:r>
      <w:proofErr w:type="spellEnd"/>
      <w:r w:rsidRPr="00F50F3A">
        <w:rPr>
          <w:rFonts w:eastAsia="Times New Roman"/>
          <w:lang w:val="ru-RU"/>
        </w:rPr>
        <w:t xml:space="preserve"> и/или Клиенту заверенные копии любых запрашиваемых документов, подтверждающих соответствие Товара требованиям Договора.</w:t>
      </w:r>
    </w:p>
    <w:p w:rsidR="004339DC" w:rsidRPr="00F50F3A" w:rsidRDefault="00F16010" w:rsidP="004F356F">
      <w:pPr>
        <w:spacing w:after="40" w:line="240" w:lineRule="auto"/>
        <w:ind w:firstLine="720"/>
        <w:jc w:val="both"/>
        <w:rPr>
          <w:lang w:val="ru-RU"/>
        </w:rPr>
      </w:pPr>
      <w:r w:rsidRPr="00F50F3A">
        <w:rPr>
          <w:rFonts w:eastAsia="Times New Roman"/>
          <w:lang w:val="ru-RU"/>
        </w:rPr>
        <w:t>Каждая вариация товара по цветам, размерам и гендерным признакам должна иметь свой собственный артикул.</w:t>
      </w:r>
    </w:p>
    <w:p w:rsidR="004339DC" w:rsidRPr="00F50F3A" w:rsidRDefault="00F16010" w:rsidP="004F356F">
      <w:pPr>
        <w:spacing w:after="40" w:line="240" w:lineRule="auto"/>
        <w:ind w:firstLine="720"/>
        <w:jc w:val="both"/>
        <w:rPr>
          <w:lang w:val="ru-RU"/>
        </w:rPr>
      </w:pPr>
      <w:r w:rsidRPr="00F50F3A">
        <w:rPr>
          <w:rFonts w:eastAsia="Times New Roman"/>
          <w:lang w:val="ru-RU"/>
        </w:rPr>
        <w:t>Товар поставляется в таре и/или упаковке, обеспечивающей сохранность (а также, при необходимости, герметичность) товара при его перевозке, сортировке, осуществлении складских процессов, хранении, погрузке в транспортные средства и выгрузке из них в нормальных условиях. Упаковка товара должна быть предназначена для веса товара и выдерживать его. Товары с выступающими острыми деталями и углами должны быть с защитными чехлами на соответствующих деталях либо в прочной упаковке, не допускающей проникновения острых элементов за её пределы.</w:t>
      </w:r>
    </w:p>
    <w:p w:rsidR="004339DC" w:rsidRPr="00F50F3A" w:rsidRDefault="00F16010" w:rsidP="004F356F">
      <w:pPr>
        <w:spacing w:after="40" w:line="240" w:lineRule="auto"/>
        <w:ind w:firstLine="720"/>
        <w:jc w:val="both"/>
        <w:rPr>
          <w:lang w:val="ru-RU"/>
        </w:rPr>
      </w:pPr>
      <w:r w:rsidRPr="00F50F3A">
        <w:rPr>
          <w:rFonts w:eastAsia="Times New Roman"/>
          <w:lang w:val="ru-RU"/>
        </w:rPr>
        <w:t>В той степени, в которой к конкретному Товару применимы различные требования законодательства, товар должен соответствовать следующим условиям:</w:t>
      </w:r>
    </w:p>
    <w:p w:rsidR="004339DC" w:rsidRPr="00F50F3A" w:rsidRDefault="00F16010" w:rsidP="004F356F">
      <w:pPr>
        <w:spacing w:after="40" w:line="240" w:lineRule="auto"/>
        <w:ind w:firstLine="720"/>
        <w:jc w:val="both"/>
        <w:rPr>
          <w:lang w:val="ru-RU"/>
        </w:rPr>
      </w:pPr>
      <w:r w:rsidRPr="00F50F3A">
        <w:rPr>
          <w:rFonts w:eastAsia="Times New Roman"/>
          <w:lang w:val="ru-RU"/>
        </w:rPr>
        <w:t>(а) Каждая единица Товара должна иметь индивидуальную упаковку с хорошо читаемыми этикетками (на русском языке и наклеенными на видном месте снаружи упаковки) с указанием наименования Товара, его основных характеристик, даты изготовления и сроков годности (срока службы). Если Товар упакован в пупырчатую плёнку, то такие этикетки должны быть продублированы на пупырчатой упаковке.</w:t>
      </w:r>
    </w:p>
    <w:p w:rsidR="004339DC" w:rsidRPr="00F50F3A" w:rsidRDefault="00F16010" w:rsidP="004F356F">
      <w:pPr>
        <w:spacing w:after="40" w:line="240" w:lineRule="auto"/>
        <w:ind w:firstLine="720"/>
        <w:jc w:val="both"/>
        <w:rPr>
          <w:lang w:val="ru-RU"/>
        </w:rPr>
      </w:pPr>
      <w:r w:rsidRPr="00F50F3A">
        <w:rPr>
          <w:rFonts w:eastAsia="Times New Roman"/>
          <w:lang w:val="ru-RU"/>
        </w:rPr>
        <w:t xml:space="preserve">(б) Если Товар подлежит обязательной маркировке знаками соответствия или иными знаками и марками, в том числе по классам опасности, товар должен быть маркирован всеми необходимыми знаками и марками. </w:t>
      </w:r>
      <w:proofErr w:type="gramStart"/>
      <w:r w:rsidRPr="00F50F3A">
        <w:rPr>
          <w:rFonts w:eastAsia="Times New Roman"/>
          <w:lang w:val="ru-RU"/>
        </w:rPr>
        <w:t>При передаче Клиенту Товара, включенного в Перечень товаров, подлежащих обязательной маркировке средствами идентификации, Поставщик обязуется передавать маркированные Товары с нанесенными средствами идентификации, обеспечивать проверку соответствия кода маркировки и вложения товара в потребительскую упаковку, обеспечивать соответствие информации на этикетке товара информации в системе «Честный знак» (если это применимо для данного Товара), обеспечивать соответствие кода маркировки информации на этикетке и в системе</w:t>
      </w:r>
      <w:proofErr w:type="gramEnd"/>
      <w:r w:rsidRPr="00F50F3A">
        <w:rPr>
          <w:rFonts w:eastAsia="Times New Roman"/>
          <w:lang w:val="ru-RU"/>
        </w:rPr>
        <w:t xml:space="preserve"> «Честный знак», а также кода РНПТ (регистрационный номер </w:t>
      </w:r>
      <w:r w:rsidRPr="00F50F3A">
        <w:rPr>
          <w:rFonts w:eastAsia="Times New Roman"/>
          <w:lang w:val="ru-RU"/>
        </w:rPr>
        <w:lastRenderedPageBreak/>
        <w:t xml:space="preserve">партии товаров - в случае продажи товара, подлежащего </w:t>
      </w:r>
      <w:proofErr w:type="spellStart"/>
      <w:r w:rsidRPr="00F50F3A">
        <w:rPr>
          <w:rFonts w:eastAsia="Times New Roman"/>
          <w:lang w:val="ru-RU"/>
        </w:rPr>
        <w:t>прослеживаемости</w:t>
      </w:r>
      <w:proofErr w:type="spellEnd"/>
      <w:r w:rsidRPr="00F50F3A">
        <w:rPr>
          <w:rFonts w:eastAsia="Times New Roman"/>
          <w:lang w:val="ru-RU"/>
        </w:rPr>
        <w:t xml:space="preserve">). Поставщик гарантирует, что продажа и любое введение в оборот товаров отвечают требованиям о маркировке и несет полную ответственность за достоверность представленных </w:t>
      </w:r>
      <w:proofErr w:type="spellStart"/>
      <w:r w:rsidRPr="00F50F3A">
        <w:rPr>
          <w:rFonts w:eastAsia="Times New Roman"/>
          <w:lang w:val="ru-RU"/>
        </w:rPr>
        <w:t>Маркетплейсу</w:t>
      </w:r>
      <w:proofErr w:type="spellEnd"/>
      <w:r w:rsidRPr="00F50F3A">
        <w:rPr>
          <w:rFonts w:eastAsia="Times New Roman"/>
          <w:lang w:val="ru-RU"/>
        </w:rPr>
        <w:t xml:space="preserve"> и Клиенту сведений по маркированному Товару, Товару, подлежащему </w:t>
      </w:r>
      <w:proofErr w:type="spellStart"/>
      <w:r w:rsidRPr="00F50F3A">
        <w:rPr>
          <w:rFonts w:eastAsia="Times New Roman"/>
          <w:lang w:val="ru-RU"/>
        </w:rPr>
        <w:t>прослеживаемости</w:t>
      </w:r>
      <w:proofErr w:type="spellEnd"/>
      <w:r w:rsidRPr="00F50F3A">
        <w:rPr>
          <w:rFonts w:eastAsia="Times New Roman"/>
          <w:lang w:val="ru-RU"/>
        </w:rPr>
        <w:t>, а также за передачу Клиенту немаркированной продукции. МП вправе приостановить оказание услуг по настоящему Договору в отношении Товаров, подлежащих обязательной маркировке, но не маркированных надлежащим образом, за 6 (шесть) месяцев до даты вступления в силу нормативного запрета на оборот немаркированных товаров соответствующей категории.</w:t>
      </w:r>
    </w:p>
    <w:p w:rsidR="004339DC" w:rsidRPr="00F50F3A" w:rsidRDefault="00F16010" w:rsidP="004F356F">
      <w:pPr>
        <w:spacing w:after="40" w:line="240" w:lineRule="auto"/>
        <w:ind w:firstLine="720"/>
        <w:jc w:val="both"/>
        <w:rPr>
          <w:lang w:val="ru-RU"/>
        </w:rPr>
      </w:pPr>
      <w:r w:rsidRPr="00F50F3A">
        <w:rPr>
          <w:rFonts w:eastAsia="Times New Roman"/>
          <w:lang w:val="ru-RU"/>
        </w:rPr>
        <w:t>(в) Поставщик предоставляет гарантию качества товара. Гарантийные сроки на Товары Поставщик указывает в Карточке товара.</w:t>
      </w:r>
    </w:p>
    <w:p w:rsidR="004339DC" w:rsidRPr="00F50F3A" w:rsidRDefault="00F16010" w:rsidP="004F356F">
      <w:pPr>
        <w:spacing w:after="40" w:line="240" w:lineRule="auto"/>
        <w:ind w:firstLine="720"/>
        <w:jc w:val="both"/>
        <w:rPr>
          <w:lang w:val="ru-RU"/>
        </w:rPr>
      </w:pPr>
      <w:r w:rsidRPr="00F50F3A">
        <w:rPr>
          <w:rFonts w:eastAsia="Times New Roman"/>
          <w:lang w:val="ru-RU"/>
        </w:rPr>
        <w:t>(г) В упаковку Товара должны быть вложены гарантийный талон (при наличии), паспорт Товара, декларация соответствия (если применимо), сертификат соответствия, инструкция на русском языке, а также иная необходимая документация.</w:t>
      </w:r>
    </w:p>
    <w:p w:rsidR="004339DC" w:rsidRPr="00F50F3A" w:rsidRDefault="00F16010" w:rsidP="004F356F">
      <w:pPr>
        <w:spacing w:after="40" w:line="240" w:lineRule="auto"/>
        <w:ind w:firstLine="720"/>
        <w:jc w:val="both"/>
        <w:rPr>
          <w:lang w:val="ru-RU"/>
        </w:rPr>
      </w:pPr>
      <w:r w:rsidRPr="00F50F3A">
        <w:rPr>
          <w:rFonts w:eastAsia="Times New Roman"/>
          <w:lang w:val="ru-RU"/>
        </w:rPr>
        <w:t>(д) Товар должен быть введён в гражданский оборот и ввезён на территорию Российской Федерации на законных основаниях. В отношении Товара должны быть выполнены все необходимые таможенные процедуры.</w:t>
      </w:r>
    </w:p>
    <w:p w:rsidR="004339DC" w:rsidRPr="00F50F3A" w:rsidRDefault="00F16010" w:rsidP="004F356F">
      <w:pPr>
        <w:spacing w:after="40" w:line="240" w:lineRule="auto"/>
        <w:ind w:firstLine="720"/>
        <w:jc w:val="both"/>
        <w:rPr>
          <w:lang w:val="ru-RU"/>
        </w:rPr>
      </w:pPr>
      <w:r w:rsidRPr="00F50F3A">
        <w:rPr>
          <w:rFonts w:eastAsia="Times New Roman"/>
          <w:lang w:val="ru-RU"/>
        </w:rPr>
        <w:t>(е) Срок годности (срок службы) товара должен соответствовать требованиям законодательства и Договора.</w:t>
      </w:r>
    </w:p>
    <w:p w:rsidR="004339DC" w:rsidRPr="00F50F3A" w:rsidRDefault="00F16010" w:rsidP="004F356F">
      <w:pPr>
        <w:spacing w:before="160" w:after="80"/>
        <w:jc w:val="center"/>
        <w:rPr>
          <w:lang w:val="ru-RU"/>
        </w:rPr>
      </w:pPr>
      <w:r w:rsidRPr="00F50F3A">
        <w:rPr>
          <w:rFonts w:eastAsia="Times New Roman"/>
          <w:b/>
          <w:sz w:val="23"/>
          <w:lang w:val="ru-RU"/>
        </w:rPr>
        <w:t>ТОВАРЫ, НЕ ДОПУСКАЕМЫЕ К РАЗМЕЩЕНИЮ</w:t>
      </w:r>
    </w:p>
    <w:p w:rsidR="004339DC" w:rsidRPr="00F50F3A" w:rsidRDefault="00F16010" w:rsidP="004F356F">
      <w:pPr>
        <w:spacing w:after="40" w:line="240" w:lineRule="auto"/>
        <w:ind w:firstLine="720"/>
        <w:jc w:val="both"/>
        <w:rPr>
          <w:lang w:val="ru-RU"/>
        </w:rPr>
      </w:pPr>
      <w:r w:rsidRPr="00F50F3A">
        <w:rPr>
          <w:rFonts w:eastAsia="Times New Roman"/>
          <w:lang w:val="ru-RU"/>
        </w:rPr>
        <w:t>Поставщик не вправе размещать Товары, оборот, дистанционная продажа, предложение или реклама которых запрещены законодательством Российской Федерации, а также Товары, для реализации которых Поставщик не обладает обязательными разрешениями, лицензиями либо иными предусмотренными законом основаниями. Поставщик самостоятельно проверяет применимые к конкретному Товару запреты и ограничения до размещения Карточки товара и поддерживает такую проверку в актуальном состоянии.</w:t>
      </w:r>
    </w:p>
    <w:p w:rsidR="004339DC" w:rsidRPr="00F50F3A" w:rsidRDefault="00F16010" w:rsidP="004F356F">
      <w:pPr>
        <w:spacing w:after="40" w:line="240" w:lineRule="auto"/>
        <w:ind w:firstLine="720"/>
        <w:jc w:val="both"/>
        <w:rPr>
          <w:lang w:val="ru-RU"/>
        </w:rPr>
      </w:pPr>
      <w:r w:rsidRPr="00F50F3A">
        <w:rPr>
          <w:rFonts w:eastAsia="Times New Roman"/>
          <w:lang w:val="ru-RU"/>
        </w:rPr>
        <w:t>Дополнительно Правилами Платформы не допускаются следующие категории Товаров, независимо от того, допускается ли их оборот законом при соблюдении специальных условий:</w:t>
      </w:r>
    </w:p>
    <w:p w:rsidR="004339DC" w:rsidRPr="00F50F3A" w:rsidRDefault="00F16010" w:rsidP="00F50F3A">
      <w:pPr>
        <w:spacing w:after="40" w:line="240" w:lineRule="auto"/>
        <w:jc w:val="both"/>
        <w:rPr>
          <w:lang w:val="ru-RU"/>
        </w:rPr>
      </w:pPr>
      <w:r w:rsidRPr="00F50F3A">
        <w:rPr>
          <w:rFonts w:eastAsia="Times New Roman"/>
          <w:lang w:val="ru-RU"/>
        </w:rPr>
        <w:t>категория "</w:t>
      </w:r>
      <w:proofErr w:type="spellStart"/>
      <w:r w:rsidRPr="00F50F3A">
        <w:rPr>
          <w:rFonts w:eastAsia="Times New Roman"/>
          <w:lang w:val="ru-RU"/>
        </w:rPr>
        <w:t>Страйкбол</w:t>
      </w:r>
      <w:proofErr w:type="spellEnd"/>
      <w:r w:rsidRPr="00F50F3A">
        <w:rPr>
          <w:rFonts w:eastAsia="Times New Roman"/>
          <w:lang w:val="ru-RU"/>
        </w:rPr>
        <w:t xml:space="preserve"> и пневматика": товары с дульной энергией более 3 Дж;</w:t>
      </w:r>
    </w:p>
    <w:p w:rsidR="004339DC" w:rsidRPr="00F50F3A" w:rsidRDefault="00F16010" w:rsidP="00F50F3A">
      <w:pPr>
        <w:spacing w:after="40" w:line="240" w:lineRule="auto"/>
        <w:jc w:val="both"/>
        <w:rPr>
          <w:lang w:val="ru-RU"/>
        </w:rPr>
      </w:pPr>
      <w:r w:rsidRPr="00F50F3A">
        <w:rPr>
          <w:rFonts w:eastAsia="Times New Roman"/>
          <w:lang w:val="ru-RU"/>
        </w:rPr>
        <w:t>витамины для животных; живые растения;</w:t>
      </w:r>
    </w:p>
    <w:p w:rsidR="004339DC" w:rsidRPr="00F50F3A" w:rsidRDefault="00F16010" w:rsidP="00F50F3A">
      <w:pPr>
        <w:spacing w:after="40" w:line="240" w:lineRule="auto"/>
        <w:jc w:val="both"/>
        <w:rPr>
          <w:lang w:val="ru-RU"/>
        </w:rPr>
      </w:pPr>
      <w:r w:rsidRPr="00F50F3A">
        <w:rPr>
          <w:rFonts w:eastAsia="Times New Roman"/>
          <w:lang w:val="ru-RU"/>
        </w:rPr>
        <w:t>продукты питания, требующие специальных условий хранения и транспортировки (глубокая заморозка, охлаждение ниже +2°С), если Поставщик не может гарантировать соблюдение таких условий на всем пути следования Товара до Клиента.</w:t>
      </w:r>
    </w:p>
    <w:p w:rsidR="004339DC" w:rsidRPr="00F50F3A" w:rsidRDefault="00F16010" w:rsidP="00F50F3A">
      <w:pPr>
        <w:spacing w:after="40" w:line="240" w:lineRule="auto"/>
        <w:jc w:val="both"/>
        <w:rPr>
          <w:lang w:val="ru-RU"/>
        </w:rPr>
      </w:pPr>
      <w:r w:rsidRPr="00F50F3A">
        <w:rPr>
          <w:rFonts w:eastAsia="Times New Roman"/>
          <w:lang w:val="ru-RU"/>
        </w:rPr>
        <w:t>живые животные и насекомые;</w:t>
      </w:r>
    </w:p>
    <w:p w:rsidR="004339DC" w:rsidRPr="00F50F3A" w:rsidRDefault="00F16010" w:rsidP="00F50F3A">
      <w:pPr>
        <w:spacing w:after="40" w:line="240" w:lineRule="auto"/>
        <w:jc w:val="both"/>
        <w:rPr>
          <w:lang w:val="ru-RU"/>
        </w:rPr>
      </w:pPr>
      <w:proofErr w:type="spellStart"/>
      <w:r w:rsidRPr="00F50F3A">
        <w:rPr>
          <w:rFonts w:eastAsia="Times New Roman"/>
          <w:lang w:val="ru-RU"/>
        </w:rPr>
        <w:t>Электрошокеры</w:t>
      </w:r>
      <w:proofErr w:type="spellEnd"/>
      <w:r w:rsidRPr="00F50F3A">
        <w:rPr>
          <w:rFonts w:eastAsia="Times New Roman"/>
          <w:lang w:val="ru-RU"/>
        </w:rPr>
        <w:t xml:space="preserve">, Газовые баллончики, гражданское оружие (в том числе, </w:t>
      </w:r>
      <w:proofErr w:type="gramStart"/>
      <w:r w:rsidRPr="00F50F3A">
        <w:rPr>
          <w:rFonts w:eastAsia="Times New Roman"/>
          <w:lang w:val="ru-RU"/>
        </w:rPr>
        <w:t>но</w:t>
      </w:r>
      <w:proofErr w:type="gramEnd"/>
      <w:r w:rsidRPr="00F50F3A">
        <w:rPr>
          <w:rFonts w:eastAsia="Times New Roman"/>
          <w:lang w:val="ru-RU"/>
        </w:rPr>
        <w:t xml:space="preserve"> не ограничиваясь оружие самообороны, спортивное оружие, охотничье оружие, сигнальное оружие, старинное, антикварное и списанное оружие, холодное клинковое оружие, предназначенное для ношения с казачьей формой, а также с национальными костюмами народов Российской Федерации);</w:t>
      </w:r>
    </w:p>
    <w:p w:rsidR="004339DC" w:rsidRPr="00F50F3A" w:rsidRDefault="00F16010" w:rsidP="00F50F3A">
      <w:pPr>
        <w:spacing w:after="40" w:line="240" w:lineRule="auto"/>
        <w:jc w:val="both"/>
        <w:rPr>
          <w:lang w:val="ru-RU"/>
        </w:rPr>
      </w:pPr>
      <w:r w:rsidRPr="00F50F3A">
        <w:rPr>
          <w:rFonts w:eastAsia="Times New Roman"/>
          <w:lang w:val="ru-RU"/>
        </w:rPr>
        <w:t>Ртутные термометры;</w:t>
      </w:r>
    </w:p>
    <w:p w:rsidR="004339DC" w:rsidRPr="00F50F3A" w:rsidRDefault="00F16010" w:rsidP="00F50F3A">
      <w:pPr>
        <w:spacing w:after="40" w:line="240" w:lineRule="auto"/>
        <w:jc w:val="both"/>
        <w:rPr>
          <w:lang w:val="ru-RU"/>
        </w:rPr>
      </w:pPr>
      <w:r w:rsidRPr="00F50F3A">
        <w:rPr>
          <w:rFonts w:eastAsia="Times New Roman"/>
          <w:lang w:val="ru-RU"/>
        </w:rPr>
        <w:t xml:space="preserve">Тесты на определение </w:t>
      </w:r>
      <w:proofErr w:type="spellStart"/>
      <w:r>
        <w:rPr>
          <w:rFonts w:eastAsia="Times New Roman"/>
        </w:rPr>
        <w:t>Covid</w:t>
      </w:r>
      <w:proofErr w:type="spellEnd"/>
      <w:r w:rsidRPr="00F50F3A">
        <w:rPr>
          <w:rFonts w:eastAsia="Times New Roman"/>
          <w:lang w:val="ru-RU"/>
        </w:rPr>
        <w:t>-19;</w:t>
      </w:r>
    </w:p>
    <w:p w:rsidR="004339DC" w:rsidRPr="00F50F3A" w:rsidRDefault="00F16010" w:rsidP="00F50F3A">
      <w:pPr>
        <w:spacing w:after="40" w:line="240" w:lineRule="auto"/>
        <w:jc w:val="both"/>
        <w:rPr>
          <w:lang w:val="ru-RU"/>
        </w:rPr>
      </w:pPr>
      <w:r w:rsidRPr="00F50F3A">
        <w:rPr>
          <w:rFonts w:eastAsia="Times New Roman"/>
          <w:lang w:val="ru-RU"/>
        </w:rPr>
        <w:t>БАД, в состав которых входят растения и продукты их переработки, содержащие психотропные, наркотические, сильнодействующие или ядовитые вещества (в соответствии с Приложением №7 к Техническому регламенту Таможенного союза "О безопасности пищевой продукции")</w:t>
      </w: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339DC" w:rsidRPr="00F50F3A" w:rsidRDefault="00F16010" w:rsidP="004F356F">
      <w:pPr>
        <w:spacing w:before="160" w:after="80"/>
        <w:ind w:left="7200" w:firstLine="720"/>
        <w:jc w:val="both"/>
        <w:rPr>
          <w:lang w:val="ru-RU"/>
        </w:rPr>
      </w:pPr>
      <w:r w:rsidRPr="00F50F3A">
        <w:rPr>
          <w:rFonts w:eastAsia="Times New Roman"/>
          <w:b/>
          <w:sz w:val="23"/>
          <w:lang w:val="ru-RU"/>
        </w:rPr>
        <w:lastRenderedPageBreak/>
        <w:t>Приложение № 3</w:t>
      </w:r>
    </w:p>
    <w:p w:rsidR="004339DC" w:rsidRPr="00F50F3A" w:rsidRDefault="00F16010" w:rsidP="004F356F">
      <w:pPr>
        <w:spacing w:before="160" w:after="80"/>
        <w:jc w:val="center"/>
        <w:rPr>
          <w:lang w:val="ru-RU"/>
        </w:rPr>
      </w:pPr>
      <w:r w:rsidRPr="00F50F3A">
        <w:rPr>
          <w:rFonts w:eastAsia="Times New Roman"/>
          <w:b/>
          <w:sz w:val="23"/>
          <w:lang w:val="ru-RU"/>
        </w:rPr>
        <w:t>ПРОЦЕДУРА ОБРАБОТКИ РЕКЛАМАЦИЙ И ВОЗВРАТОВ</w:t>
      </w:r>
    </w:p>
    <w:p w:rsidR="004339DC" w:rsidRPr="00F50F3A" w:rsidRDefault="00F16010" w:rsidP="00F50F3A">
      <w:pPr>
        <w:spacing w:before="100" w:after="60"/>
        <w:jc w:val="both"/>
        <w:rPr>
          <w:lang w:val="ru-RU"/>
        </w:rPr>
      </w:pPr>
      <w:r w:rsidRPr="00F50F3A">
        <w:rPr>
          <w:rFonts w:eastAsia="Times New Roman"/>
          <w:b/>
          <w:lang w:val="ru-RU"/>
        </w:rPr>
        <w:t>1. Общие положения</w:t>
      </w:r>
    </w:p>
    <w:p w:rsidR="004339DC" w:rsidRPr="00F50F3A" w:rsidRDefault="00F16010" w:rsidP="00F50F3A">
      <w:pPr>
        <w:spacing w:after="40" w:line="240" w:lineRule="auto"/>
        <w:jc w:val="both"/>
        <w:rPr>
          <w:lang w:val="ru-RU"/>
        </w:rPr>
      </w:pPr>
      <w:r w:rsidRPr="00F50F3A">
        <w:rPr>
          <w:rFonts w:eastAsia="Times New Roman"/>
          <w:lang w:val="ru-RU"/>
        </w:rPr>
        <w:t>1.1. Настоящая Процедура регулирует внутренний порядок взаимодействия МП и Поставщика при получении от Клиента требований о возврате, обмене, недостатках Товара и иных претензий. Она не ограничивает права Клиента, предусмотренные законодательством.</w:t>
      </w:r>
    </w:p>
    <w:p w:rsidR="004339DC" w:rsidRPr="00F50F3A" w:rsidRDefault="00F16010" w:rsidP="00F50F3A">
      <w:pPr>
        <w:spacing w:after="40" w:line="240" w:lineRule="auto"/>
        <w:jc w:val="both"/>
        <w:rPr>
          <w:lang w:val="ru-RU"/>
        </w:rPr>
      </w:pPr>
      <w:r w:rsidRPr="00F50F3A">
        <w:rPr>
          <w:rFonts w:eastAsia="Times New Roman"/>
          <w:lang w:val="ru-RU"/>
        </w:rPr>
        <w:t>1.2. Поставщик является продавцом Товара и рассматривает требования Клиента по существу. МП обеспечивает технический канал передачи обращения и вправе организовывать возврат денежных сре</w:t>
      </w:r>
      <w:proofErr w:type="gramStart"/>
      <w:r w:rsidRPr="00F50F3A">
        <w:rPr>
          <w:rFonts w:eastAsia="Times New Roman"/>
          <w:lang w:val="ru-RU"/>
        </w:rPr>
        <w:t>дств в р</w:t>
      </w:r>
      <w:proofErr w:type="gramEnd"/>
      <w:r w:rsidRPr="00F50F3A">
        <w:rPr>
          <w:rFonts w:eastAsia="Times New Roman"/>
          <w:lang w:val="ru-RU"/>
        </w:rPr>
        <w:t>амках агентской модели.</w:t>
      </w:r>
    </w:p>
    <w:p w:rsidR="004339DC" w:rsidRPr="00F50F3A" w:rsidRDefault="00F16010" w:rsidP="00F50F3A">
      <w:pPr>
        <w:spacing w:before="100" w:after="60"/>
        <w:jc w:val="both"/>
        <w:rPr>
          <w:lang w:val="ru-RU"/>
        </w:rPr>
      </w:pPr>
      <w:r w:rsidRPr="00F50F3A">
        <w:rPr>
          <w:rFonts w:eastAsia="Times New Roman"/>
          <w:b/>
          <w:lang w:val="ru-RU"/>
        </w:rPr>
        <w:t>2. Товар надлежащего качества</w:t>
      </w:r>
    </w:p>
    <w:p w:rsidR="004339DC" w:rsidRPr="00F50F3A" w:rsidRDefault="00F16010" w:rsidP="00F50F3A">
      <w:pPr>
        <w:spacing w:after="40" w:line="240" w:lineRule="auto"/>
        <w:jc w:val="both"/>
        <w:rPr>
          <w:lang w:val="ru-RU"/>
        </w:rPr>
      </w:pPr>
      <w:r w:rsidRPr="00F50F3A">
        <w:rPr>
          <w:rFonts w:eastAsia="Times New Roman"/>
          <w:lang w:val="ru-RU"/>
        </w:rPr>
        <w:t>2.1. Клиент вправе отказаться от Товара в любое время до его передачи, а после передачи — в течение 7 календарных дней. Если письменная информация о порядке и сроках возврата не предоставлена при доставке, срок составляет 3 месяца.</w:t>
      </w:r>
    </w:p>
    <w:p w:rsidR="004339DC" w:rsidRPr="00F50F3A" w:rsidRDefault="00F16010" w:rsidP="00F50F3A">
      <w:pPr>
        <w:spacing w:after="40" w:line="240" w:lineRule="auto"/>
        <w:jc w:val="both"/>
        <w:rPr>
          <w:lang w:val="ru-RU"/>
        </w:rPr>
      </w:pPr>
      <w:r w:rsidRPr="00F50F3A">
        <w:rPr>
          <w:rFonts w:eastAsia="Times New Roman"/>
          <w:lang w:val="ru-RU"/>
        </w:rPr>
        <w:t>2.2. Возврат допускается при сохранении товарного вида и потребительских свойств. Отсутствие документа о покупке не исключает возможность подтверждения покупки иными доказательствами.</w:t>
      </w:r>
    </w:p>
    <w:p w:rsidR="004339DC" w:rsidRPr="00F50F3A" w:rsidRDefault="00F16010" w:rsidP="00F50F3A">
      <w:pPr>
        <w:spacing w:after="40" w:line="240" w:lineRule="auto"/>
        <w:jc w:val="both"/>
        <w:rPr>
          <w:lang w:val="ru-RU"/>
        </w:rPr>
      </w:pPr>
      <w:r w:rsidRPr="00F50F3A">
        <w:rPr>
          <w:rFonts w:eastAsia="Times New Roman"/>
          <w:lang w:val="ru-RU"/>
        </w:rPr>
        <w:t>2.3. Исключение: Товар с индивидуально-определёнными свойствами, который может использоваться исключительно приобретающим его Клиентом.</w:t>
      </w:r>
    </w:p>
    <w:p w:rsidR="004339DC" w:rsidRPr="00F50F3A" w:rsidRDefault="00F16010" w:rsidP="00F50F3A">
      <w:pPr>
        <w:spacing w:after="40" w:line="240" w:lineRule="auto"/>
        <w:jc w:val="both"/>
        <w:rPr>
          <w:lang w:val="ru-RU"/>
        </w:rPr>
      </w:pPr>
      <w:r w:rsidRPr="00F50F3A">
        <w:rPr>
          <w:rFonts w:eastAsia="Times New Roman"/>
          <w:lang w:val="ru-RU"/>
        </w:rPr>
        <w:t>2.4. Перечень непродовольственных товаров, не подлежащих обмену по статье 25 Закона РФ «О защите прав потребителей», не используется как автоматическое основание отказа в дистанционном возврате по статье 26.1.</w:t>
      </w:r>
    </w:p>
    <w:p w:rsidR="004339DC" w:rsidRPr="00F50F3A" w:rsidRDefault="00F16010" w:rsidP="00F50F3A">
      <w:pPr>
        <w:spacing w:before="100" w:after="60"/>
        <w:jc w:val="both"/>
        <w:rPr>
          <w:lang w:val="ru-RU"/>
        </w:rPr>
      </w:pPr>
      <w:r w:rsidRPr="00F50F3A">
        <w:rPr>
          <w:rFonts w:eastAsia="Times New Roman"/>
          <w:b/>
          <w:lang w:val="ru-RU"/>
        </w:rPr>
        <w:t>3. Товар ненадлежащего качества</w:t>
      </w:r>
    </w:p>
    <w:p w:rsidR="004339DC" w:rsidRPr="00F50F3A" w:rsidRDefault="00F16010" w:rsidP="00F50F3A">
      <w:pPr>
        <w:spacing w:after="40" w:line="240" w:lineRule="auto"/>
        <w:jc w:val="both"/>
        <w:rPr>
          <w:lang w:val="ru-RU"/>
        </w:rPr>
      </w:pPr>
      <w:r w:rsidRPr="00F50F3A">
        <w:rPr>
          <w:rFonts w:eastAsia="Times New Roman"/>
          <w:lang w:val="ru-RU"/>
        </w:rPr>
        <w:t>3.1. Поставщик рассматривает требования Клиента в соответствии со статьями 18–24 Закона РФ «О защите прав потребителей» и иными применимыми нормами. Расходы на возврат Товара ненадлежащего качества несёт Поставщик в случаях, установленных законом.</w:t>
      </w:r>
    </w:p>
    <w:p w:rsidR="004339DC" w:rsidRPr="00F50F3A" w:rsidRDefault="00F16010" w:rsidP="00F50F3A">
      <w:pPr>
        <w:spacing w:before="100" w:after="60"/>
        <w:jc w:val="both"/>
        <w:rPr>
          <w:lang w:val="ru-RU"/>
        </w:rPr>
      </w:pPr>
      <w:r w:rsidRPr="00F50F3A">
        <w:rPr>
          <w:rFonts w:eastAsia="Times New Roman"/>
          <w:b/>
          <w:lang w:val="ru-RU"/>
        </w:rPr>
        <w:t>4. Порядок передачи рекламации</w:t>
      </w:r>
    </w:p>
    <w:p w:rsidR="004339DC" w:rsidRPr="00F50F3A" w:rsidRDefault="00F16010" w:rsidP="00F50F3A">
      <w:pPr>
        <w:spacing w:after="40" w:line="240" w:lineRule="auto"/>
        <w:jc w:val="both"/>
        <w:rPr>
          <w:lang w:val="ru-RU"/>
        </w:rPr>
      </w:pPr>
      <w:r w:rsidRPr="00F50F3A">
        <w:rPr>
          <w:rFonts w:eastAsia="Times New Roman"/>
          <w:lang w:val="ru-RU"/>
        </w:rPr>
        <w:t>4.1. МП не позднее одного рабочего дня после получения обращения через свой канал передаёт его Поставщику с приложенными Клиентом материалами.</w:t>
      </w:r>
    </w:p>
    <w:p w:rsidR="004339DC" w:rsidRPr="00F50F3A" w:rsidRDefault="00F16010" w:rsidP="00F50F3A">
      <w:pPr>
        <w:spacing w:after="40" w:line="240" w:lineRule="auto"/>
        <w:jc w:val="both"/>
        <w:rPr>
          <w:lang w:val="ru-RU"/>
        </w:rPr>
      </w:pPr>
      <w:r w:rsidRPr="00F50F3A">
        <w:rPr>
          <w:rFonts w:eastAsia="Times New Roman"/>
          <w:lang w:val="ru-RU"/>
        </w:rPr>
        <w:t>4.2. Поставщик обязан в течение 3 рабочих дней предоставить МП предварительную мотивированную позицию, если более короткий срок не требуется законом для обеспечения своевременного удовлетворения требования Клиента. Этот внутренний срок не продлевает установленные законом сроки.</w:t>
      </w:r>
    </w:p>
    <w:p w:rsidR="004339DC" w:rsidRPr="00F50F3A" w:rsidRDefault="00F16010" w:rsidP="00F50F3A">
      <w:pPr>
        <w:spacing w:after="40" w:line="240" w:lineRule="auto"/>
        <w:jc w:val="both"/>
        <w:rPr>
          <w:lang w:val="ru-RU"/>
        </w:rPr>
      </w:pPr>
      <w:r w:rsidRPr="00F50F3A">
        <w:rPr>
          <w:rFonts w:eastAsia="Times New Roman"/>
          <w:lang w:val="ru-RU"/>
        </w:rPr>
        <w:t>4.3. Фото и видео являются вспомогательными материалами. Их отсутствие само по себе не является основанием для непринятия законного требования.</w:t>
      </w:r>
    </w:p>
    <w:p w:rsidR="004339DC" w:rsidRPr="00F50F3A" w:rsidRDefault="00F16010" w:rsidP="00F50F3A">
      <w:pPr>
        <w:spacing w:after="40" w:line="240" w:lineRule="auto"/>
        <w:jc w:val="both"/>
        <w:rPr>
          <w:lang w:val="ru-RU"/>
        </w:rPr>
      </w:pPr>
      <w:r w:rsidRPr="00F50F3A">
        <w:rPr>
          <w:rFonts w:eastAsia="Times New Roman"/>
          <w:lang w:val="ru-RU"/>
        </w:rPr>
        <w:t>4.4. Если Поставщик не предоставил позицию в течение внутреннего срока, МП вправе в отношениях с Поставщиком считать рекламацию признанной и осуществить действия по возврату сре</w:t>
      </w:r>
      <w:proofErr w:type="gramStart"/>
      <w:r w:rsidRPr="00F50F3A">
        <w:rPr>
          <w:rFonts w:eastAsia="Times New Roman"/>
          <w:lang w:val="ru-RU"/>
        </w:rPr>
        <w:t>дств Кл</w:t>
      </w:r>
      <w:proofErr w:type="gramEnd"/>
      <w:r w:rsidRPr="00F50F3A">
        <w:rPr>
          <w:rFonts w:eastAsia="Times New Roman"/>
          <w:lang w:val="ru-RU"/>
        </w:rPr>
        <w:t>иенту, если это допускается договорной и платёжной моделью; соответствующие суммы и документально подтверждённые расходы могут быть удержаны из выплат Поставщику.</w:t>
      </w:r>
    </w:p>
    <w:p w:rsidR="004339DC" w:rsidRPr="00F50F3A" w:rsidRDefault="00F16010" w:rsidP="00F50F3A">
      <w:pPr>
        <w:spacing w:before="100" w:after="60"/>
        <w:jc w:val="both"/>
        <w:rPr>
          <w:lang w:val="ru-RU"/>
        </w:rPr>
      </w:pPr>
      <w:r w:rsidRPr="00F50F3A">
        <w:rPr>
          <w:rFonts w:eastAsia="Times New Roman"/>
          <w:b/>
          <w:lang w:val="ru-RU"/>
        </w:rPr>
        <w:t>5. Финансовые расчёты</w:t>
      </w:r>
    </w:p>
    <w:p w:rsidR="004339DC" w:rsidRPr="00F50F3A" w:rsidRDefault="00F16010" w:rsidP="00F50F3A">
      <w:pPr>
        <w:spacing w:after="40" w:line="240" w:lineRule="auto"/>
        <w:jc w:val="both"/>
        <w:rPr>
          <w:lang w:val="ru-RU"/>
        </w:rPr>
      </w:pPr>
      <w:r w:rsidRPr="00F50F3A">
        <w:rPr>
          <w:rFonts w:eastAsia="Times New Roman"/>
          <w:lang w:val="ru-RU"/>
        </w:rPr>
        <w:t>5.1. Возврат Клиенту производится в сроки, установленные законодательством для соответствующего требования. Внутренние процедуры МП и Поставщика не могут увеличивать такие сроки.</w:t>
      </w:r>
    </w:p>
    <w:p w:rsidR="004339DC" w:rsidRPr="00F50F3A" w:rsidRDefault="00F16010" w:rsidP="00F50F3A">
      <w:pPr>
        <w:spacing w:after="40" w:line="240" w:lineRule="auto"/>
        <w:jc w:val="both"/>
        <w:rPr>
          <w:lang w:val="ru-RU"/>
        </w:rPr>
      </w:pPr>
      <w:r w:rsidRPr="00F50F3A">
        <w:rPr>
          <w:rFonts w:eastAsia="Times New Roman"/>
          <w:lang w:val="ru-RU"/>
        </w:rPr>
        <w:t>5.2. Расходы на обратную доставку качественного Товара несёт Клиент в случаях, установленных законом. Расходы на возврат Товара ненадлежащего качества несёт Поставщик в случаях, предусмотренных законом.</w:t>
      </w:r>
    </w:p>
    <w:p w:rsidR="004339DC" w:rsidRPr="00F50F3A" w:rsidRDefault="00F16010" w:rsidP="00F50F3A">
      <w:pPr>
        <w:spacing w:before="100" w:after="60"/>
        <w:jc w:val="both"/>
        <w:rPr>
          <w:lang w:val="ru-RU"/>
        </w:rPr>
      </w:pPr>
      <w:r w:rsidRPr="00F50F3A">
        <w:rPr>
          <w:rFonts w:eastAsia="Times New Roman"/>
          <w:b/>
          <w:lang w:val="ru-RU"/>
        </w:rPr>
        <w:t>6. Ответственность Поставщика</w:t>
      </w:r>
    </w:p>
    <w:p w:rsidR="004339DC" w:rsidRPr="00F50F3A" w:rsidRDefault="00F16010" w:rsidP="00F50F3A">
      <w:pPr>
        <w:spacing w:after="40" w:line="240" w:lineRule="auto"/>
        <w:jc w:val="both"/>
        <w:rPr>
          <w:lang w:val="ru-RU"/>
        </w:rPr>
      </w:pPr>
      <w:r w:rsidRPr="00F50F3A">
        <w:rPr>
          <w:rFonts w:eastAsia="Times New Roman"/>
          <w:lang w:val="ru-RU"/>
        </w:rPr>
        <w:t>6.1. За нарушение внутреннего срока ответа Поставщик уплачивает МП штраф 0,1% стоимости Товара за каждый день просрочки, но не более 5% стоимости Товара, если применение такого штрафа не противоречит законодательству и обстоятельствам конкретного случая.</w:t>
      </w:r>
    </w:p>
    <w:p w:rsidR="004339DC" w:rsidRPr="00F50F3A" w:rsidRDefault="00F16010" w:rsidP="00F50F3A">
      <w:pPr>
        <w:spacing w:after="40" w:line="240" w:lineRule="auto"/>
        <w:jc w:val="both"/>
        <w:rPr>
          <w:lang w:val="ru-RU"/>
        </w:rPr>
      </w:pPr>
      <w:r w:rsidRPr="00F50F3A">
        <w:rPr>
          <w:rFonts w:eastAsia="Times New Roman"/>
          <w:lang w:val="ru-RU"/>
        </w:rPr>
        <w:t xml:space="preserve">6.2. Поставщик возмещает </w:t>
      </w:r>
      <w:proofErr w:type="gramStart"/>
      <w:r w:rsidRPr="00F50F3A">
        <w:rPr>
          <w:rFonts w:eastAsia="Times New Roman"/>
          <w:lang w:val="ru-RU"/>
        </w:rPr>
        <w:t>МП</w:t>
      </w:r>
      <w:proofErr w:type="gramEnd"/>
      <w:r w:rsidRPr="00F50F3A">
        <w:rPr>
          <w:rFonts w:eastAsia="Times New Roman"/>
          <w:lang w:val="ru-RU"/>
        </w:rPr>
        <w:t xml:space="preserve"> документально подтверждённые суммы, возвращённые Клиенту по причинам, за которые отвечает Поставщик, а также связанные с таким возвратом расходы, предусмотренные Договором и законом.</w:t>
      </w:r>
    </w:p>
    <w:p w:rsidR="004339DC" w:rsidRPr="00F50F3A" w:rsidRDefault="00F16010" w:rsidP="00F50F3A">
      <w:pPr>
        <w:spacing w:before="100" w:after="60"/>
        <w:jc w:val="both"/>
        <w:rPr>
          <w:lang w:val="ru-RU"/>
        </w:rPr>
      </w:pPr>
      <w:r w:rsidRPr="00F50F3A">
        <w:rPr>
          <w:rFonts w:eastAsia="Times New Roman"/>
          <w:b/>
          <w:lang w:val="ru-RU"/>
        </w:rPr>
        <w:t>7. Заключительные положения</w:t>
      </w:r>
    </w:p>
    <w:p w:rsidR="004339DC" w:rsidRPr="00F50F3A" w:rsidRDefault="00F16010" w:rsidP="00F50F3A">
      <w:pPr>
        <w:spacing w:after="40" w:line="240" w:lineRule="auto"/>
        <w:jc w:val="both"/>
        <w:rPr>
          <w:lang w:val="ru-RU"/>
        </w:rPr>
      </w:pPr>
      <w:r w:rsidRPr="00F50F3A">
        <w:rPr>
          <w:rFonts w:eastAsia="Times New Roman"/>
          <w:lang w:val="ru-RU"/>
        </w:rPr>
        <w:lastRenderedPageBreak/>
        <w:t>7.1. Споры между Клиентом и Поставщиком разрешаются по законодательству Российской Федерации. МП передаёт доступные ему сведения и документы в пределах закона и договорных обязательств.</w:t>
      </w: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339DC" w:rsidRPr="00F50F3A" w:rsidRDefault="00F16010" w:rsidP="004F356F">
      <w:pPr>
        <w:spacing w:before="160" w:after="80"/>
        <w:ind w:left="7920"/>
        <w:jc w:val="both"/>
        <w:rPr>
          <w:lang w:val="ru-RU"/>
        </w:rPr>
      </w:pPr>
      <w:r w:rsidRPr="00F50F3A">
        <w:rPr>
          <w:rFonts w:eastAsia="Times New Roman"/>
          <w:b/>
          <w:sz w:val="23"/>
          <w:lang w:val="ru-RU"/>
        </w:rPr>
        <w:lastRenderedPageBreak/>
        <w:t>Приложение № 4</w:t>
      </w:r>
    </w:p>
    <w:p w:rsidR="004339DC" w:rsidRPr="00F50F3A" w:rsidRDefault="00F16010" w:rsidP="004F356F">
      <w:pPr>
        <w:spacing w:before="160" w:after="80"/>
        <w:jc w:val="center"/>
        <w:rPr>
          <w:lang w:val="ru-RU"/>
        </w:rPr>
      </w:pPr>
      <w:r w:rsidRPr="00F50F3A">
        <w:rPr>
          <w:rFonts w:eastAsia="Times New Roman"/>
          <w:b/>
          <w:sz w:val="23"/>
          <w:lang w:val="ru-RU"/>
        </w:rPr>
        <w:t>ТАРИФЫ</w:t>
      </w:r>
    </w:p>
    <w:p w:rsidR="004339DC" w:rsidRPr="005E590E" w:rsidRDefault="00F16010" w:rsidP="00F50F3A">
      <w:pPr>
        <w:spacing w:after="40" w:line="240" w:lineRule="auto"/>
        <w:jc w:val="both"/>
        <w:rPr>
          <w:lang w:val="ru-RU"/>
        </w:rPr>
      </w:pPr>
      <w:r w:rsidRPr="005E590E">
        <w:rPr>
          <w:rFonts w:eastAsia="Times New Roman"/>
          <w:lang w:val="ru-RU"/>
        </w:rPr>
        <w:t>1. Агентское вознаграждение МП: при приобретении услуги интернет- магазин, наценка площадки составит  10 % / кто не приобрел услугу интернет - магазина, наценка составит 25% /по истечении 14 суток, поставщик получает свою сумму, обозначенную стоимость товара, которую он указал при заполнении товара в лк поставщика.</w:t>
      </w:r>
      <w:r w:rsidR="004D1C0F" w:rsidRPr="005E590E">
        <w:rPr>
          <w:rFonts w:eastAsia="Times New Roman"/>
          <w:lang w:val="ru-RU"/>
        </w:rPr>
      </w:r>
      <w:proofErr w:type="gramStart"/>
      <w:r w:rsidR="004D1C0F" w:rsidRPr="005E590E">
        <w:rPr>
          <w:rFonts w:eastAsia="Times New Roman"/>
          <w:lang w:val="ru-RU"/>
        </w:rPr>
      </w:r>
      <w:proofErr w:type="gramEnd"/>
      <w:r w:rsidR="004D1C0F" w:rsidRPr="005E590E">
        <w:rPr>
          <w:rFonts w:eastAsia="Times New Roman"/>
          <w:lang w:val="ru-RU"/>
        </w:rPr>
      </w:r>
      <w:r w:rsidR="005E590E">
        <w:rPr>
          <w:rFonts w:eastAsia="Times New Roman"/>
          <w:lang w:val="ru-RU"/>
        </w:rPr>
      </w:r>
      <w:r w:rsidR="004D1C0F" w:rsidRPr="005E590E">
        <w:rPr>
          <w:rFonts w:eastAsia="Times New Roman"/>
          <w:lang w:val="ru-RU"/>
        </w:rPr>
      </w:r>
      <w:r w:rsidRPr="005E590E">
        <w:rPr>
          <w:rFonts w:eastAsia="Times New Roman"/>
          <w:lang w:val="ru-RU"/>
        </w:rPr>
      </w:r>
      <w:r w:rsidR="004D1C0F" w:rsidRPr="005E590E">
        <w:rPr>
          <w:rFonts w:eastAsia="Times New Roman"/>
          <w:lang w:val="ru-RU"/>
        </w:rPr>
      </w:r>
      <w:r w:rsidR="005E590E">
        <w:rPr>
          <w:rFonts w:eastAsia="Times New Roman"/>
          <w:lang w:val="ru-RU"/>
        </w:rPr>
      </w:r>
      <w:r w:rsidR="004D1C0F" w:rsidRPr="005E590E">
        <w:rPr>
          <w:rFonts w:eastAsia="Times New Roman"/>
          <w:lang w:val="ru-RU"/>
        </w:rPr>
      </w:r>
      <w:r w:rsidRPr="005E590E">
        <w:rPr>
          <w:rFonts w:eastAsia="Times New Roman"/>
          <w:lang w:val="ru-RU"/>
        </w:rPr>
      </w:r>
      <w:r w:rsidR="004D1C0F" w:rsidRPr="005E590E">
        <w:rPr>
          <w:rFonts w:eastAsia="Times New Roman"/>
          <w:lang w:val="ru-RU"/>
        </w:rPr>
      </w:r>
      <w:r w:rsidR="005E590E" w:rsidRPr="005E590E">
        <w:rPr>
          <w:rFonts w:eastAsia="Times New Roman"/>
          <w:lang w:val="ru-RU"/>
        </w:rPr>
      </w:r>
      <w:r w:rsidR="005E590E">
        <w:rPr>
          <w:rFonts w:eastAsia="Times New Roman"/>
          <w:lang w:val="ru-RU"/>
        </w:rPr>
      </w:r>
      <w:r w:rsidR="005E590E" w:rsidRPr="005E590E">
        <w:rPr>
          <w:rFonts w:eastAsia="Times New Roman"/>
          <w:lang w:val="ru-RU"/>
        </w:rPr>
      </w:r>
      <w:r w:rsidR="005E590E">
        <w:rPr>
          <w:rFonts w:eastAsia="Times New Roman"/>
          <w:lang w:val="ru-RU"/>
        </w:rPr>
      </w:r>
      <w:bookmarkStart w:id="0" w:name="_GoBack"/>
      <w:bookmarkEnd w:id="0"/>
      <w:r w:rsidR="005E590E" w:rsidRPr="005E590E">
        <w:rPr>
          <w:rFonts w:eastAsia="Times New Roman"/>
          <w:lang w:val="ru-RU"/>
        </w:rPr>
      </w:r>
      <w:proofErr w:type="spellStart"/>
      <w:r w:rsidR="005E590E" w:rsidRPr="005E590E">
        <w:rPr>
          <w:rFonts w:eastAsia="Times New Roman"/>
          <w:lang w:val="ru-RU"/>
        </w:rPr>
      </w:r>
      <w:proofErr w:type="spellEnd"/>
      <w:r w:rsidR="005E590E" w:rsidRPr="005E590E">
        <w:rPr>
          <w:rFonts w:eastAsia="Times New Roman"/>
          <w:lang w:val="ru-RU"/>
        </w:rPr>
      </w:r>
      <w:r w:rsidRPr="005E590E">
        <w:rPr>
          <w:rFonts w:eastAsia="Times New Roman"/>
          <w:lang w:val="ru-RU"/>
        </w:rPr>
      </w:r>
    </w:p>
    <w:p w:rsidR="004339DC" w:rsidRPr="005E590E" w:rsidRDefault="00F16010" w:rsidP="00F50F3A">
      <w:pPr>
        <w:spacing w:after="40" w:line="240" w:lineRule="auto"/>
        <w:jc w:val="both"/>
        <w:rPr>
          <w:lang w:val="ru-RU"/>
        </w:rPr>
      </w:pPr>
      <w:r w:rsidRPr="005E590E">
        <w:rPr>
          <w:rFonts w:eastAsia="Times New Roman"/>
          <w:lang w:val="ru-RU"/>
        </w:rPr>
        <w:t>2. Стоимость дополнительных услуг: «НЕ ПРИМЕНЯЕТСЯ».</w:t>
      </w:r>
    </w:p>
    <w:p w:rsidR="004339DC" w:rsidRPr="005E590E" w:rsidRDefault="00F16010" w:rsidP="00F50F3A">
      <w:pPr>
        <w:spacing w:after="40" w:line="240" w:lineRule="auto"/>
        <w:jc w:val="both"/>
        <w:rPr>
          <w:lang w:val="ru-RU"/>
        </w:rPr>
      </w:pPr>
      <w:r w:rsidRPr="005E590E">
        <w:rPr>
          <w:rFonts w:eastAsia="Times New Roman"/>
          <w:lang w:val="ru-RU"/>
        </w:rPr>
        <w:t>3. Стоимость услуг Сервиса доставки удерживается в размере фактической стоимости,</w:t>
      </w:r>
      <w:r w:rsidR="005E590E" w:rsidRPr="005E590E">
        <w:rPr>
          <w:rFonts w:eastAsia="Times New Roman"/>
          <w:lang w:val="ru-RU"/>
        </w:rPr>
        <w:t xml:space="preserve"> возврата товара, согласно тарифам компании СДЭК</w:t>
      </w:r>
      <w:r w:rsidRPr="005E590E">
        <w:rPr>
          <w:rFonts w:eastAsia="Times New Roman"/>
          <w:lang w:val="ru-RU"/>
        </w:rPr>
        <w:t>.</w:t>
      </w:r>
    </w:p>
    <w:p w:rsidR="004339DC" w:rsidRPr="00F50F3A" w:rsidRDefault="00F16010" w:rsidP="00F50F3A">
      <w:pPr>
        <w:spacing w:after="40" w:line="240" w:lineRule="auto"/>
        <w:jc w:val="both"/>
        <w:rPr>
          <w:lang w:val="ru-RU"/>
        </w:rPr>
      </w:pPr>
      <w:r w:rsidRPr="005E590E">
        <w:rPr>
          <w:rFonts w:eastAsia="Times New Roman"/>
          <w:lang w:val="ru-RU"/>
        </w:rPr>
        <w:t>4. Тарифы вступают в силу и изменяются в порядке, установленном Договором и применимым законодательством.</w:t>
      </w: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F356F" w:rsidRDefault="004F356F" w:rsidP="00F50F3A">
      <w:pPr>
        <w:spacing w:before="160" w:after="80"/>
        <w:jc w:val="both"/>
        <w:rPr>
          <w:rFonts w:eastAsia="Times New Roman"/>
          <w:b/>
          <w:sz w:val="23"/>
          <w:lang w:val="ru-RU"/>
        </w:rPr>
      </w:pPr>
    </w:p>
    <w:p w:rsidR="004339DC" w:rsidRPr="00F50F3A" w:rsidRDefault="00F16010" w:rsidP="004F356F">
      <w:pPr>
        <w:spacing w:before="160" w:after="80"/>
        <w:ind w:left="7200" w:firstLine="720"/>
        <w:jc w:val="both"/>
        <w:rPr>
          <w:lang w:val="ru-RU"/>
        </w:rPr>
      </w:pPr>
      <w:r w:rsidRPr="00F50F3A">
        <w:rPr>
          <w:rFonts w:eastAsia="Times New Roman"/>
          <w:b/>
          <w:sz w:val="23"/>
          <w:lang w:val="ru-RU"/>
        </w:rPr>
        <w:t>Приложение № 5</w:t>
      </w:r>
    </w:p>
    <w:p w:rsidR="004339DC" w:rsidRPr="00F50F3A" w:rsidRDefault="00F16010" w:rsidP="004F356F">
      <w:pPr>
        <w:spacing w:before="160" w:after="80"/>
        <w:jc w:val="center"/>
        <w:rPr>
          <w:lang w:val="ru-RU"/>
        </w:rPr>
      </w:pPr>
      <w:r w:rsidRPr="00F50F3A">
        <w:rPr>
          <w:rFonts w:eastAsia="Times New Roman"/>
          <w:b/>
          <w:sz w:val="23"/>
          <w:lang w:val="ru-RU"/>
        </w:rPr>
        <w:t>ПОРУЧЕНИЕ НА ОБРАБОТКУ ПЕРСОНАЛЬНЫХ ДАННЫХ</w:t>
      </w:r>
    </w:p>
    <w:p w:rsidR="004339DC" w:rsidRPr="00F50F3A" w:rsidRDefault="00F16010" w:rsidP="004F356F">
      <w:pPr>
        <w:spacing w:after="40" w:line="240" w:lineRule="auto"/>
        <w:jc w:val="center"/>
        <w:rPr>
          <w:lang w:val="ru-RU"/>
        </w:rPr>
      </w:pPr>
      <w:r w:rsidRPr="00F50F3A">
        <w:rPr>
          <w:rFonts w:eastAsia="Times New Roman"/>
          <w:lang w:val="ru-RU"/>
        </w:rPr>
        <w:t>(применяется только при наличии обработки по поручению МП)</w:t>
      </w:r>
    </w:p>
    <w:p w:rsidR="004339DC" w:rsidRPr="00F50F3A" w:rsidRDefault="00F16010" w:rsidP="00F50F3A">
      <w:pPr>
        <w:spacing w:after="40" w:line="240" w:lineRule="auto"/>
        <w:jc w:val="both"/>
        <w:rPr>
          <w:lang w:val="ru-RU"/>
        </w:rPr>
      </w:pPr>
      <w:r w:rsidRPr="00F50F3A">
        <w:rPr>
          <w:rFonts w:eastAsia="Times New Roman"/>
          <w:lang w:val="ru-RU"/>
        </w:rPr>
        <w:t>1. Настоящее Приложение применяется только к операциям, которые Поставщик совершает не как самостоятельный оператор, а по поручению МП от имени и в интересах МП.</w:t>
      </w:r>
    </w:p>
    <w:p w:rsidR="004339DC" w:rsidRPr="00F50F3A" w:rsidRDefault="00F16010" w:rsidP="00F50F3A">
      <w:pPr>
        <w:spacing w:after="40" w:line="240" w:lineRule="auto"/>
        <w:jc w:val="both"/>
        <w:rPr>
          <w:lang w:val="ru-RU"/>
        </w:rPr>
      </w:pPr>
      <w:r w:rsidRPr="00F50F3A">
        <w:rPr>
          <w:rFonts w:eastAsia="Times New Roman"/>
          <w:lang w:val="ru-RU"/>
        </w:rPr>
        <w:t xml:space="preserve">2. Категории субъектов: Клиенты и получатели Заказов. Перечень данных: ФИО, телефон, </w:t>
      </w:r>
      <w:r>
        <w:rPr>
          <w:rFonts w:eastAsia="Times New Roman"/>
        </w:rPr>
        <w:t>e</w:t>
      </w:r>
      <w:r w:rsidRPr="00F50F3A">
        <w:rPr>
          <w:rFonts w:eastAsia="Times New Roman"/>
          <w:lang w:val="ru-RU"/>
        </w:rPr>
        <w:t>-</w:t>
      </w:r>
      <w:r>
        <w:rPr>
          <w:rFonts w:eastAsia="Times New Roman"/>
        </w:rPr>
        <w:t>mail</w:t>
      </w:r>
      <w:r w:rsidRPr="00F50F3A">
        <w:rPr>
          <w:rFonts w:eastAsia="Times New Roman"/>
          <w:lang w:val="ru-RU"/>
        </w:rPr>
        <w:t>, адрес доставки, сведения о Заказе и иные данные, прямо указанные в конкретном поручении.</w:t>
      </w:r>
    </w:p>
    <w:p w:rsidR="004339DC" w:rsidRPr="00F50F3A" w:rsidRDefault="00F16010" w:rsidP="00F50F3A">
      <w:pPr>
        <w:spacing w:after="40" w:line="240" w:lineRule="auto"/>
        <w:jc w:val="both"/>
        <w:rPr>
          <w:lang w:val="ru-RU"/>
        </w:rPr>
      </w:pPr>
      <w:r w:rsidRPr="00F50F3A">
        <w:rPr>
          <w:rFonts w:eastAsia="Times New Roman"/>
          <w:lang w:val="ru-RU"/>
        </w:rPr>
        <w:t>3. Операции: получение от МП, систематизация, использование, предоставление доступа уполномоченным лицам, передача службе доставки при наличии законного основания, хранение в необходимом объёме, блокирование, удаление и уничтожение.</w:t>
      </w:r>
    </w:p>
    <w:p w:rsidR="004339DC" w:rsidRPr="00F50F3A" w:rsidRDefault="00F16010" w:rsidP="00F50F3A">
      <w:pPr>
        <w:spacing w:after="40" w:line="240" w:lineRule="auto"/>
        <w:jc w:val="both"/>
        <w:rPr>
          <w:lang w:val="ru-RU"/>
        </w:rPr>
      </w:pPr>
      <w:r w:rsidRPr="00F50F3A">
        <w:rPr>
          <w:rFonts w:eastAsia="Times New Roman"/>
          <w:lang w:val="ru-RU"/>
        </w:rPr>
        <w:t>4. Цель обработки: исполнение конкретного поручения МП, указанного в Заказе/Личном кабинете, и иные прямо согласованные цели.</w:t>
      </w:r>
    </w:p>
    <w:p w:rsidR="004339DC" w:rsidRPr="00F50F3A" w:rsidRDefault="00F16010" w:rsidP="00F50F3A">
      <w:pPr>
        <w:spacing w:after="40" w:line="240" w:lineRule="auto"/>
        <w:jc w:val="both"/>
        <w:rPr>
          <w:lang w:val="ru-RU"/>
        </w:rPr>
      </w:pPr>
      <w:r w:rsidRPr="00F50F3A">
        <w:rPr>
          <w:rFonts w:eastAsia="Times New Roman"/>
          <w:lang w:val="ru-RU"/>
        </w:rPr>
        <w:t>5. Поставщик обязан соблюдать конфиденциальность, требования законодательства о защите данных и локализации, принимать необходимые меры защиты, по запросу подтверждать их принятие, уведомлять МП об инцидентах без необоснованной задержки и не использовать данные для собственных целей.</w:t>
      </w:r>
    </w:p>
    <w:p w:rsidR="004339DC" w:rsidRPr="00F50F3A" w:rsidRDefault="00F16010" w:rsidP="00F50F3A">
      <w:pPr>
        <w:spacing w:after="40" w:line="240" w:lineRule="auto"/>
        <w:jc w:val="both"/>
        <w:rPr>
          <w:lang w:val="ru-RU"/>
        </w:rPr>
      </w:pPr>
      <w:r w:rsidRPr="00F50F3A">
        <w:rPr>
          <w:rFonts w:eastAsia="Times New Roman"/>
          <w:lang w:val="ru-RU"/>
        </w:rPr>
        <w:t xml:space="preserve">6. Привлечение </w:t>
      </w:r>
      <w:proofErr w:type="spellStart"/>
      <w:r w:rsidRPr="00F50F3A">
        <w:rPr>
          <w:rFonts w:eastAsia="Times New Roman"/>
          <w:lang w:val="ru-RU"/>
        </w:rPr>
        <w:t>субобработчика</w:t>
      </w:r>
      <w:proofErr w:type="spellEnd"/>
      <w:r w:rsidRPr="00F50F3A">
        <w:rPr>
          <w:rFonts w:eastAsia="Times New Roman"/>
          <w:lang w:val="ru-RU"/>
        </w:rPr>
        <w:t xml:space="preserve"> допускается только при наличии законного основания и с возложением на него не менее строгих обязанностей по защите данных.</w:t>
      </w:r>
    </w:p>
    <w:p w:rsidR="004339DC" w:rsidRPr="00F50F3A" w:rsidRDefault="00F16010" w:rsidP="00F50F3A">
      <w:pPr>
        <w:spacing w:after="40" w:line="240" w:lineRule="auto"/>
        <w:jc w:val="both"/>
        <w:rPr>
          <w:lang w:val="ru-RU"/>
        </w:rPr>
      </w:pPr>
      <w:r w:rsidRPr="00F50F3A">
        <w:rPr>
          <w:rFonts w:eastAsia="Times New Roman"/>
          <w:lang w:val="ru-RU"/>
        </w:rPr>
        <w:t>7. По завершении поручения данные уничтожаются либо возвращаются МП, если отсутствует иное законное основание для хранения.</w:t>
      </w:r>
    </w:p>
    <w:sectPr w:rsidR="004339DC" w:rsidRPr="00F50F3A" w:rsidSect="00034616">
      <w:footerReference w:type="default" r:id="rId11"/>
      <w:headerReference w:type="default" r:id="rId14"/>
      <w:pgSz w:w="12240" w:h="15840"/>
      <w:pgMar w:top="907" w:right="964" w:bottom="907" w:left="119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24D" w:rsidRDefault="009B124D">
      <w:pPr>
        <w:spacing w:after="0" w:line="240" w:lineRule="auto"/>
      </w:pPr>
      <w:r>
        <w:separator/>
      </w:r>
    </w:p>
  </w:endnote>
  <w:endnote w:type="continuationSeparator" w:id="0">
    <w:p w:rsidR="009B124D" w:rsidRDefault="009B1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9DC" w:rsidRDefault="00F16010">
    <w:pPr>
      <w:pStyle w:val="a7"/>
      <w:jc w:val="center"/>
    </w:pPr>
    <w:r>
      <w:rPr>
        <w:rFonts w:eastAsia="Times New Roman"/>
        <w:sz w:val="16"/>
      </w:rPr>
      <w:t xml:space="preserve">Маркетплейс «Машук Экспресс»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24D" w:rsidRDefault="009B124D">
      <w:pPr>
        <w:spacing w:after="0" w:line="240" w:lineRule="auto"/>
      </w:pPr>
      <w:r>
        <w:separator/>
      </w:r>
    </w:p>
  </w:footnote>
  <w:footnote w:type="continuationSeparator" w:id="0">
    <w:p w:rsidR="009B124D" w:rsidRDefault="009B124D">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9463E"/>
    <w:rsid w:val="0029639D"/>
    <w:rsid w:val="00326F90"/>
    <w:rsid w:val="004339DC"/>
    <w:rsid w:val="004D1C0F"/>
    <w:rsid w:val="004F356F"/>
    <w:rsid w:val="005E590E"/>
    <w:rsid w:val="00994E5D"/>
    <w:rsid w:val="009B124D"/>
    <w:rsid w:val="009C2B2A"/>
    <w:rsid w:val="00AA1D8D"/>
    <w:rsid w:val="00AE3A84"/>
    <w:rsid w:val="00B12B54"/>
    <w:rsid w:val="00B47730"/>
    <w:rsid w:val="00CB0664"/>
    <w:rsid w:val="00E84BFC"/>
    <w:rsid w:val="00F16010"/>
    <w:rsid w:val="00F50F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AE3A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AE3A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shuk.express@yandex.ru" TargetMode="External"/><Relationship Id="rId4" Type="http://schemas.microsoft.com/office/2007/relationships/stylesWithEffects" Target="stylesWithEffects.xml"/><Relationship Id="rId9" Type="http://schemas.openxmlformats.org/officeDocument/2006/relationships/hyperlink" Target="mailto:mashuk.express@yandex.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05ABA-49AC-481B-8519-B1012609E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11579</Words>
  <Characters>66001</Characters>
  <Application>Microsoft Office Word</Application>
  <DocSecurity>0</DocSecurity>
  <Lines>550</Lines>
  <Paragraphs>154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1</cp:lastModifiedBy>
  <cp:revision>2</cp:revision>
  <dcterms:created xsi:type="dcterms:W3CDTF">2026-09-03T09:21:00Z</dcterms:created>
  <dcterms:modified xsi:type="dcterms:W3CDTF">2026-09-03T09:21:00Z</dcterms:modified>
</cp:coreProperties>
</file>